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AUTHORIZATION</w:t>
      </w:r>
    </w:p>
    <w:p/>
    <w:p/>
    <w:p>
      <w:r>
        <w:rPr>
          <w:b/>
          <w:sz w:val="20"/>
        </w:rPr>
        <w:t>TO WHOM IT MAY CONCERN:</w:t>
      </w:r>
    </w:p>
    <w:p/>
    <w:p>
      <w:r>
        <w:rPr>
          <w:b w:val="0"/>
          <w:sz w:val="20"/>
        </w:rPr>
        <w:t>I, the undersigned, hereby authorize the individual named below to act on my behalf in all manners relating to the handling of my affairs, including but not limited to the signing of documents, making inquiries, and receiving information.</w:t>
      </w:r>
    </w:p>
    <w:p/>
    <w:p>
      <w:r>
        <w:rPr>
          <w:b/>
          <w:sz w:val="20"/>
        </w:rPr>
        <w:t>Principal Information:</w:t>
      </w:r>
    </w:p>
    <w:p>
      <w:r>
        <w:rPr>
          <w:b w:val="0"/>
          <w:sz w:val="20"/>
        </w:rPr>
        <w:t>Full Legal Name: ______________________________________________________________</w:t>
      </w:r>
    </w:p>
    <w:p>
      <w:r>
        <w:rPr>
          <w:b w:val="0"/>
          <w:sz w:val="20"/>
        </w:rPr>
        <w:t>Address: ______________________________________________________________________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Authorized Person Information:</w:t>
      </w:r>
    </w:p>
    <w:p>
      <w:r>
        <w:rPr>
          <w:b w:val="0"/>
          <w:sz w:val="20"/>
        </w:rPr>
        <w:t>Full Legal Name: ______________________________________________________________</w:t>
      </w:r>
    </w:p>
    <w:p>
      <w:r>
        <w:rPr>
          <w:b w:val="0"/>
          <w:sz w:val="20"/>
        </w:rPr>
        <w:t>Address: ______________________________________________________________________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Scope of Authorization:</w:t>
      </w:r>
    </w:p>
    <w:p>
      <w:r>
        <w:rPr>
          <w:b w:val="0"/>
          <w:sz w:val="20"/>
        </w:rPr>
        <w:t>This authorization includes access to personal information, submission and receipt of documents, signing of necessary forms, and any other actions deemed necessary within the legal framework of the Province of Canada.</w:t>
      </w:r>
    </w:p>
    <w:p/>
    <w:p>
      <w:r>
        <w:rPr>
          <w:b/>
          <w:sz w:val="20"/>
        </w:rPr>
        <w:t>Duration of Authorization:</w:t>
      </w:r>
    </w:p>
    <w:p>
      <w:r>
        <w:rPr>
          <w:b w:val="0"/>
          <w:sz w:val="20"/>
        </w:rPr>
        <w:t>This authorization is effective immediately upon signing and remains valid until revoked in writing by the undersigned principal.</w:t>
      </w:r>
    </w:p>
    <w:p/>
    <w:p>
      <w:r>
        <w:rPr>
          <w:b/>
          <w:sz w:val="20"/>
        </w:rPr>
        <w:t>Limitations:</w:t>
      </w:r>
    </w:p>
    <w:p>
      <w:r>
        <w:rPr>
          <w:b w:val="0"/>
          <w:sz w:val="20"/>
        </w:rPr>
        <w:t>This authorization does not grant the authority to make financial decisions, enter into contracts, or perform any acts outside the scope defined above unless expressly agreed in writing.</w:t>
      </w:r>
    </w:p>
    <w:p/>
    <w:p>
      <w:r>
        <w:rPr>
          <w:b/>
          <w:sz w:val="20"/>
        </w:rPr>
        <w:t>Legal Compliance and Governing Law:</w:t>
      </w:r>
    </w:p>
    <w:p>
      <w:r>
        <w:rPr>
          <w:b w:val="0"/>
          <w:sz w:val="20"/>
        </w:rPr>
        <w:t>This Letter of Authorization is governed by and construed in accordance with the laws of Canada and the applicable Province. All parties acknowledge that this document is legally binding and enforceable under Canadian law.</w:t>
      </w:r>
    </w:p>
    <w:p/>
    <w:p/>
    <w:p>
      <w:r>
        <w:rPr>
          <w:b/>
          <w:sz w:val="20"/>
        </w:rPr>
        <w:t>Acknowledgment:</w:t>
      </w:r>
    </w:p>
    <w:p>
      <w:r>
        <w:rPr>
          <w:b w:val="0"/>
          <w:sz w:val="20"/>
        </w:rPr>
        <w:t>By signing below, the undersigned acknowledges full understanding and acceptance of the terms and conditions of this Letter of Authorization.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AUTHORIZED PERSON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https://docstemplates-ca.com/alphabet-letter/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alphabet-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