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BASIC CONTRACT AGREEMENT</w:t>
      </w:r>
    </w:p>
    <w:p/>
    <w:p>
      <w:r>
        <w:rPr>
          <w:b/>
          <w:sz w:val="20"/>
        </w:rPr>
        <w:t>This Contract Agreement (the “Agreement”) is made by and between:</w:t>
      </w:r>
    </w:p>
    <w:p>
      <w:r>
        <w:rPr>
          <w:b/>
          <w:sz w:val="20"/>
        </w:rPr>
        <w:t>Party A:</w:t>
      </w:r>
    </w:p>
    <w:p>
      <w:r>
        <w:rPr>
          <w:b w:val="0"/>
          <w:sz w:val="20"/>
        </w:rPr>
        <w:t>Full Legal Name: 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Party B:</w:t>
      </w:r>
    </w:p>
    <w:p>
      <w:r>
        <w:rPr>
          <w:b w:val="0"/>
          <w:sz w:val="20"/>
        </w:rPr>
        <w:t>Full Legal Name: 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RECITALS</w:t>
      </w:r>
    </w:p>
    <w:p>
      <w:r>
        <w:rPr>
          <w:b w:val="0"/>
          <w:sz w:val="20"/>
        </w:rPr>
        <w:t>WHEREAS, Party A and Party B desire to enter into this Agreement to set forth their rights and obligations;</w:t>
      </w:r>
    </w:p>
    <w:p>
      <w:r>
        <w:rPr>
          <w:b w:val="0"/>
          <w:sz w:val="20"/>
        </w:rPr>
        <w:t>NOW, THEREFORE, in consideration of the mutual covenants and promises herein contained, the parties agree as follows:</w:t>
      </w:r>
    </w:p>
    <w:p/>
    <w:p>
      <w:r>
        <w:rPr>
          <w:b/>
          <w:sz w:val="20"/>
        </w:rPr>
        <w:t>1. Definitions</w:t>
      </w:r>
    </w:p>
    <w:p>
      <w:r>
        <w:rPr>
          <w:b w:val="0"/>
          <w:sz w:val="20"/>
        </w:rPr>
        <w:t>In this Agreement, unless the context otherwise requires, the following words and expressions shall have the following meanings:</w:t>
      </w:r>
    </w:p>
    <w:p>
      <w:r>
        <w:rPr>
          <w:b w:val="0"/>
          <w:sz w:val="20"/>
        </w:rPr>
        <w:t>“Confidential Information” means any non-public, proprietary, or confidential information disclosed by one party to the other.</w:t>
      </w:r>
    </w:p>
    <w:p>
      <w:r>
        <w:rPr>
          <w:b w:val="0"/>
          <w:sz w:val="20"/>
        </w:rPr>
        <w:t>“Effective Date” means the date when this Agreement is signed by the last party.</w:t>
      </w:r>
    </w:p>
    <w:p/>
    <w:p>
      <w:r>
        <w:rPr>
          <w:b/>
          <w:sz w:val="20"/>
        </w:rPr>
        <w:t>2. Term</w:t>
      </w:r>
    </w:p>
    <w:p>
      <w:r>
        <w:rPr>
          <w:b w:val="0"/>
          <w:sz w:val="20"/>
        </w:rPr>
        <w:t>This Agreement shall commence upon the Effective Date and shall continue in full force and effect until terminated by either party in accordance with the provisions herein.</w:t>
      </w:r>
    </w:p>
    <w:p/>
    <w:p>
      <w:r>
        <w:rPr>
          <w:b/>
          <w:sz w:val="20"/>
        </w:rPr>
        <w:t>3. Scope of Services</w:t>
      </w:r>
    </w:p>
    <w:p>
      <w:r>
        <w:rPr>
          <w:b w:val="0"/>
          <w:sz w:val="20"/>
        </w:rPr>
        <w:t>Party A agrees to provide the following services and/or goods to Party B as described below:</w:t>
      </w:r>
    </w:p>
    <w:p>
      <w:r>
        <w:rPr>
          <w:b w:val="0"/>
          <w:sz w:val="20"/>
        </w:rPr>
        <w:t>____________________________________________________________________________</w:t>
      </w:r>
    </w:p>
    <w:p>
      <w:r>
        <w:rPr>
          <w:b w:val="0"/>
          <w:sz w:val="20"/>
        </w:rPr>
        <w:t>____________________________________________________________________________</w:t>
      </w:r>
    </w:p>
    <w:p>
      <w:r>
        <w:rPr>
          <w:b w:val="0"/>
          <w:sz w:val="20"/>
        </w:rPr>
        <w:t>Party B agrees to accept and pay for the services and/or goods in accordance with this Agreement.</w:t>
      </w:r>
    </w:p>
    <w:p/>
    <w:p>
      <w:r>
        <w:rPr>
          <w:b/>
          <w:sz w:val="20"/>
        </w:rPr>
        <w:t>4. Payment Terms</w:t>
      </w:r>
    </w:p>
    <w:p>
      <w:r>
        <w:rPr>
          <w:b w:val="0"/>
          <w:sz w:val="20"/>
        </w:rPr>
        <w:t>The total payment amount shall be: ______________________________ CAD.</w:t>
      </w:r>
    </w:p>
    <w:p>
      <w:r>
        <w:rPr>
          <w:b w:val="0"/>
          <w:sz w:val="20"/>
        </w:rPr>
        <w:t>Payment shall be made as follows:</w:t>
      </w:r>
    </w:p>
    <w:p>
      <w:r>
        <w:rPr>
          <w:b w:val="0"/>
          <w:sz w:val="20"/>
        </w:rPr>
        <w:t>- Deposit: ______________________________ CAD upon signing this Agreement.</w:t>
      </w:r>
    </w:p>
    <w:p>
      <w:r>
        <w:rPr>
          <w:b w:val="0"/>
          <w:sz w:val="20"/>
        </w:rPr>
        <w:t>- Balance: ______________________________ CAD upon completion/delivery.</w:t>
      </w:r>
    </w:p>
    <w:p>
      <w:r>
        <w:rPr>
          <w:b w:val="0"/>
          <w:sz w:val="20"/>
        </w:rPr>
        <w:t>All payments must be made by the following method(s): _____________________________.</w:t>
      </w:r>
    </w:p>
    <w:p>
      <w:r>
        <w:rPr>
          <w:b w:val="0"/>
          <w:sz w:val="20"/>
        </w:rPr>
        <w:t>Late payments shall incur interest at the rate of ______% per month or the maximum rate permitted by law, whichever is less.</w:t>
      </w:r>
    </w:p>
    <w:p/>
    <w:p>
      <w:r>
        <w:rPr>
          <w:b/>
          <w:sz w:val="20"/>
        </w:rPr>
        <w:t>5. Obligations of the Parties</w:t>
      </w:r>
    </w:p>
    <w:p>
      <w:r>
        <w:rPr>
          <w:b w:val="0"/>
          <w:sz w:val="20"/>
        </w:rPr>
        <w:t>Party A shall perform the services and/or deliver the goods in a timely, professional, and workmanlike manner complying with all applicable laws and standards.</w:t>
      </w:r>
    </w:p>
    <w:p>
      <w:r>
        <w:rPr>
          <w:b w:val="0"/>
          <w:sz w:val="20"/>
        </w:rPr>
        <w:t>Party B shall cooperate reasonably with Party A and provide all necessary information and access to facilitate performance.</w:t>
      </w:r>
    </w:p>
    <w:p/>
    <w:p>
      <w:r>
        <w:rPr>
          <w:b/>
          <w:sz w:val="20"/>
        </w:rPr>
        <w:t>6. Confidentiality</w:t>
      </w:r>
    </w:p>
    <w:p>
      <w:r>
        <w:rPr>
          <w:b w:val="0"/>
          <w:sz w:val="20"/>
        </w:rPr>
        <w:t>Both parties agree to keep confidential and not disclose any Confidential Information to any third party except as required by law or with prior written consent.</w:t>
      </w:r>
    </w:p>
    <w:p>
      <w:r>
        <w:rPr>
          <w:b w:val="0"/>
          <w:sz w:val="20"/>
        </w:rPr>
        <w:t>This obligation shall survive termination of this Agreement for a period of five (5) years.</w:t>
      </w:r>
    </w:p>
    <w:p/>
    <w:p>
      <w:r>
        <w:rPr>
          <w:b/>
          <w:sz w:val="20"/>
        </w:rPr>
        <w:t>7. Representations and Warranties</w:t>
      </w:r>
    </w:p>
    <w:p>
      <w:r>
        <w:rPr>
          <w:b w:val="0"/>
          <w:sz w:val="20"/>
        </w:rPr>
        <w:t>Each party represents and warrants that it has full power and authority to enter into this Agreement and to perform its obligations herein.</w:t>
      </w:r>
    </w:p>
    <w:p>
      <w:r>
        <w:rPr>
          <w:b w:val="0"/>
          <w:sz w:val="20"/>
        </w:rPr>
        <w:t>Party A warrants that the services and/or goods provided shall conform to the specifications and be free from defects in workmanship and materials for a period of ______ months after delivery.</w:t>
      </w:r>
    </w:p>
    <w:p/>
    <w:p>
      <w:r>
        <w:rPr>
          <w:b/>
          <w:sz w:val="20"/>
        </w:rPr>
        <w:t>8. Limitation of Liability</w:t>
      </w:r>
    </w:p>
    <w:p>
      <w:r>
        <w:rPr>
          <w:b w:val="0"/>
          <w:sz w:val="20"/>
        </w:rPr>
        <w:t>Except for damages arising from gross negligence or willful misconduct, neither party shall be liable for indirect, incidental, consequential, or punitive damages, including loss of profits, arising out of or related to this Agreement.</w:t>
      </w:r>
    </w:p>
    <w:p>
      <w:r>
        <w:rPr>
          <w:b w:val="0"/>
          <w:sz w:val="20"/>
        </w:rPr>
        <w:t>The total liability of either party under this Agreement shall not exceed the amount paid by Party B to Party A under this Agreement.</w:t>
      </w:r>
    </w:p>
    <w:p/>
    <w:p>
      <w:r>
        <w:rPr>
          <w:b/>
          <w:sz w:val="20"/>
        </w:rPr>
        <w:t>9. Indemnification</w:t>
      </w:r>
    </w:p>
    <w:p>
      <w:r>
        <w:rPr>
          <w:b w:val="0"/>
          <w:sz w:val="20"/>
        </w:rPr>
        <w:t>Each party agrees to indemnify, defend, and hold harmless the other party from and against any and all claims, liabilities, damages, losses, or expenses arising out of or resulting from the indemnifying party’s breach of this Agreement or negligence.</w:t>
      </w:r>
    </w:p>
    <w:p/>
    <w:p>
      <w:r>
        <w:rPr>
          <w:b/>
          <w:sz w:val="20"/>
        </w:rPr>
        <w:t>10. Termination</w:t>
      </w:r>
    </w:p>
    <w:p>
      <w:r>
        <w:rPr>
          <w:b w:val="0"/>
          <w:sz w:val="20"/>
        </w:rPr>
        <w:t>Either party may terminate this Agreement by providing written notice to the other party if:</w:t>
      </w:r>
    </w:p>
    <w:p>
      <w:r>
        <w:rPr>
          <w:b w:val="0"/>
          <w:sz w:val="20"/>
        </w:rPr>
        <w:t>- The other party materially breaches any term and fails to cure such breach within thirty (30) days after receiving written notice thereof;</w:t>
      </w:r>
    </w:p>
    <w:p>
      <w:r>
        <w:rPr>
          <w:b w:val="0"/>
          <w:sz w:val="20"/>
        </w:rPr>
        <w:t>- The other party becomes insolvent or subject to bankruptcy or similar proceedings.</w:t>
      </w:r>
    </w:p>
    <w:p>
      <w:r>
        <w:rPr>
          <w:b w:val="0"/>
          <w:sz w:val="20"/>
        </w:rPr>
        <w:t>Upon termination, Party B shall pay for all services performed and goods delivered up to the date of termination.</w:t>
      </w:r>
    </w:p>
    <w:p/>
    <w:p>
      <w:r>
        <w:rPr>
          <w:b/>
          <w:sz w:val="20"/>
        </w:rPr>
        <w:t>11. Force Majeure</w:t>
      </w:r>
    </w:p>
    <w:p>
      <w:r>
        <w:rPr>
          <w:b w:val="0"/>
          <w:sz w:val="20"/>
        </w:rPr>
        <w:t>Neither party shall be liable for any failure or delay in the performance of its obligations due to causes beyond its reasonable control, including but not limited to acts of God, war, terrorism, riots, labor disputes, fire, flood, or governmental actions.</w:t>
      </w:r>
    </w:p>
    <w:p>
      <w:r>
        <w:rPr>
          <w:b w:val="0"/>
          <w:sz w:val="20"/>
        </w:rPr>
        <w:t>The affected party shall notify the other party promptly and use reasonable efforts to resume performance.</w:t>
      </w:r>
    </w:p>
    <w:p/>
    <w:p>
      <w:r>
        <w:rPr>
          <w:b/>
          <w:sz w:val="20"/>
        </w:rPr>
        <w:t>12. Governing Law and Jurisdiction</w:t>
      </w:r>
    </w:p>
    <w:p>
      <w:r>
        <w:rPr>
          <w:b w:val="0"/>
          <w:sz w:val="20"/>
        </w:rPr>
        <w:t>This Agreement shall be governed by and construed in accordance with the laws of the Province of ______________ and the federal laws of Canada applicable therein.</w:t>
      </w:r>
    </w:p>
    <w:p>
      <w:r>
        <w:rPr>
          <w:b w:val="0"/>
          <w:sz w:val="20"/>
        </w:rPr>
        <w:t>The parties agree to submit to the exclusive jurisdiction of the courts located in the Province of ______________ for any disputes arising out of or relating to this Agreement.</w:t>
      </w:r>
    </w:p>
    <w:p/>
    <w:p>
      <w:r>
        <w:rPr>
          <w:b/>
          <w:sz w:val="20"/>
        </w:rPr>
        <w:t>13. Dispute Resolution</w:t>
      </w:r>
    </w:p>
    <w:p>
      <w:r>
        <w:rPr>
          <w:b w:val="0"/>
          <w:sz w:val="20"/>
        </w:rPr>
        <w:t>The parties agree to first attempt to resolve any dispute arising out of or relating to this Agreement through good faith negotiation.</w:t>
      </w:r>
    </w:p>
    <w:p>
      <w:r>
        <w:rPr>
          <w:b w:val="0"/>
          <w:sz w:val="20"/>
        </w:rPr>
        <w:t>If the dispute cannot be resolved amicably within thirty (30) days, the parties agree to submit the dispute to mediation before resorting to litigation.</w:t>
      </w:r>
    </w:p>
    <w:p/>
    <w:p>
      <w:r>
        <w:rPr>
          <w:b/>
          <w:sz w:val="20"/>
        </w:rPr>
        <w:t>14. Entire Agreement</w:t>
      </w:r>
    </w:p>
    <w:p>
      <w:r>
        <w:rPr>
          <w:b w:val="0"/>
          <w:sz w:val="20"/>
        </w:rPr>
        <w:t>This Agreement constitutes the entire understanding between the parties with respect to the subject matter hereof and supersedes all prior agreements, understandings, and communications, whether written or oral.</w:t>
      </w:r>
    </w:p>
    <w:p/>
    <w:p>
      <w:r>
        <w:rPr>
          <w:b/>
          <w:sz w:val="20"/>
        </w:rPr>
        <w:t>15. Amendments</w:t>
      </w:r>
    </w:p>
    <w:p>
      <w:r>
        <w:rPr>
          <w:b w:val="0"/>
          <w:sz w:val="20"/>
        </w:rPr>
        <w:t>Any amendment or modification of this Agreement must be in writing and signed by authorized representatives of both parties.</w:t>
      </w:r>
    </w:p>
    <w:p/>
    <w:p>
      <w:r>
        <w:rPr>
          <w:b/>
          <w:sz w:val="20"/>
        </w:rPr>
        <w:t>16. Severability</w:t>
      </w:r>
    </w:p>
    <w:p>
      <w:r>
        <w:rPr>
          <w:b w:val="0"/>
          <w:sz w:val="20"/>
        </w:rPr>
        <w:t>If any provision of this Agreement is held to be invalid or unenforceable by a court of competent jurisdiction, the remaining provisions shall continue in full force and effect.</w:t>
      </w:r>
    </w:p>
    <w:p/>
    <w:p>
      <w:r>
        <w:rPr>
          <w:b/>
          <w:sz w:val="20"/>
        </w:rPr>
        <w:t>17. Notices</w:t>
      </w:r>
    </w:p>
    <w:p>
      <w:r>
        <w:rPr>
          <w:b w:val="0"/>
          <w:sz w:val="20"/>
        </w:rPr>
        <w:t>All notices, requests, demands, or other communications required or permitted under this Agreement shall be in writing and shall be deemed duly given when delivered personally, sent by certified mail, or email to the addresses listed below:</w:t>
      </w:r>
    </w:p>
    <w:p>
      <w:r>
        <w:rPr>
          <w:b w:val="0"/>
          <w:sz w:val="20"/>
        </w:rPr>
        <w:t>Party A: _________________________________________________________________</w:t>
      </w:r>
    </w:p>
    <w:p>
      <w:r>
        <w:rPr>
          <w:b w:val="0"/>
          <w:sz w:val="20"/>
        </w:rPr>
        <w:t>Party B: _________________________________________________________________</w:t>
      </w:r>
    </w:p>
    <w:p/>
    <w:p>
      <w:r>
        <w:rPr>
          <w:b/>
          <w:sz w:val="20"/>
        </w:rPr>
        <w:t>18. Counterparts</w:t>
      </w:r>
    </w:p>
    <w:p>
      <w:r>
        <w:rPr>
          <w:b w:val="0"/>
          <w:sz w:val="20"/>
        </w:rPr>
        <w:t>This Agreement may be executed in counterparts, each of which shall be deemed an original but all of which together shall constitute one and the same instrument.</w:t>
      </w:r>
    </w:p>
    <w:p/>
    <w:p/>
    <w:p>
      <w:r>
        <w:rPr>
          <w:b w:val="0"/>
          <w:sz w:val="20"/>
        </w:rPr>
        <w:t>Place of signature: ___________________________________________</w:t>
      </w:r>
    </w:p>
    <w:p>
      <w:r>
        <w:rPr>
          <w:b w:val="0"/>
          <w:sz w:val="20"/>
        </w:rPr>
        <w:t>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https://docstemplates-ca.com/basic-contract/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basic-contrac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