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COMMON LAW SEPARATION AGREEMENT</w:t>
      </w:r>
    </w:p>
    <w:p/>
    <w:p/>
    <w:p>
      <w:r>
        <w:rPr>
          <w:b/>
          <w:sz w:val="20"/>
        </w:rPr>
        <w:t>This Common Law Separation Agreement (the “Agreement”) is made between the following parties:</w:t>
      </w:r>
    </w:p>
    <w:p/>
    <w:p>
      <w:r>
        <w:rPr>
          <w:b/>
          <w:sz w:val="20"/>
        </w:rPr>
        <w:t>Party 1:</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Date of Birth: ___________________________________________________________</w:t>
      </w:r>
    </w:p>
    <w:p/>
    <w:p>
      <w:r>
        <w:rPr>
          <w:b/>
          <w:sz w:val="20"/>
        </w:rPr>
        <w:t>Party 2:</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Date of Birth: ___________________________________________________________</w:t>
      </w:r>
    </w:p>
    <w:p/>
    <w:p/>
    <w:p>
      <w:r>
        <w:rPr>
          <w:b/>
          <w:sz w:val="20"/>
        </w:rPr>
        <w:t>WHEREAS:</w:t>
      </w:r>
    </w:p>
    <w:p>
      <w:r>
        <w:rPr>
          <w:b w:val="0"/>
          <w:sz w:val="20"/>
        </w:rPr>
        <w:t>A. The parties have lived together in a conjugal relationship and now intend to separate;</w:t>
      </w:r>
    </w:p>
    <w:p>
      <w:r>
        <w:rPr>
          <w:b w:val="0"/>
          <w:sz w:val="20"/>
        </w:rPr>
        <w:t>B. The parties wish to settle their respective rights and obligations arising from their relationship and separation;</w:t>
      </w:r>
    </w:p>
    <w:p>
      <w:r>
        <w:rPr>
          <w:b w:val="0"/>
          <w:sz w:val="20"/>
        </w:rPr>
        <w:t>C. The parties agree to enter into this Agreement to define their respective rights, responsibilities, and obligations as legally binding and enforceable under the laws of Canada.</w:t>
      </w:r>
    </w:p>
    <w:p/>
    <w:p/>
    <w:p>
      <w:r>
        <w:rPr>
          <w:b/>
          <w:sz w:val="20"/>
        </w:rPr>
        <w:t>1. DEFINITIONS</w:t>
      </w:r>
    </w:p>
    <w:p>
      <w:r>
        <w:rPr>
          <w:b w:val="0"/>
          <w:sz w:val="20"/>
        </w:rPr>
        <w:t>In this Agreement, unless the context otherwise requires, the following words and expressions shall have the meanings attributed to them:</w:t>
      </w:r>
    </w:p>
    <w:p>
      <w:r>
        <w:rPr>
          <w:b w:val="0"/>
          <w:sz w:val="20"/>
        </w:rPr>
        <w:t>“Separation Date” means the date on which the parties ceased to cohabit as a couple.</w:t>
      </w:r>
    </w:p>
    <w:p>
      <w:r>
        <w:rPr>
          <w:b w:val="0"/>
          <w:sz w:val="20"/>
        </w:rPr>
        <w:t>“Property” means all real and personal property owned by either or both parties, whether jointly or individually.</w:t>
      </w:r>
    </w:p>
    <w:p>
      <w:r>
        <w:rPr>
          <w:b w:val="0"/>
          <w:sz w:val="20"/>
        </w:rPr>
        <w:t>“Debts” means all liabilities and obligations owed by either or both parties, whether jointly or individually.</w:t>
      </w:r>
    </w:p>
    <w:p/>
    <w:p>
      <w:r>
        <w:rPr>
          <w:b/>
          <w:sz w:val="20"/>
        </w:rPr>
        <w:t>2. SEPARATION</w:t>
      </w:r>
    </w:p>
    <w:p>
      <w:r>
        <w:rPr>
          <w:b w:val="0"/>
          <w:sz w:val="20"/>
        </w:rPr>
        <w:t>The parties acknowledge and agree that they have separated and ceased to live together as of the Separation Date. Each party agrees to live separate and apart from the other, free from interference, harassment, authority, or control.</w:t>
      </w:r>
    </w:p>
    <w:p/>
    <w:p>
      <w:r>
        <w:rPr>
          <w:b/>
          <w:sz w:val="20"/>
        </w:rPr>
        <w:t>3. PROPERTY</w:t>
      </w:r>
    </w:p>
    <w:p>
      <w:r>
        <w:rPr>
          <w:b w:val="0"/>
          <w:sz w:val="20"/>
        </w:rPr>
        <w:t>3.1. Identification of Property</w:t>
      </w:r>
    </w:p>
    <w:p>
      <w:r>
        <w:rPr>
          <w:b w:val="0"/>
          <w:sz w:val="20"/>
        </w:rPr>
        <w:t>The parties have identified the following property to be divided pursuant to this Agreement:</w:t>
      </w:r>
    </w:p>
    <w:p>
      <w:r>
        <w:rPr>
          <w:b w:val="0"/>
          <w:sz w:val="20"/>
        </w:rPr>
        <w:t>- Real property: __________________________________________________________</w:t>
      </w:r>
    </w:p>
    <w:p>
      <w:r>
        <w:rPr>
          <w:b w:val="0"/>
          <w:sz w:val="20"/>
        </w:rPr>
        <w:t>- Personal property: ______________________________________________________</w:t>
      </w:r>
    </w:p>
    <w:p>
      <w:r>
        <w:rPr>
          <w:b w:val="0"/>
          <w:sz w:val="20"/>
        </w:rPr>
        <w:t>- Bank accounts: _________________________________________________________</w:t>
      </w:r>
    </w:p>
    <w:p>
      <w:r>
        <w:rPr>
          <w:b w:val="0"/>
          <w:sz w:val="20"/>
        </w:rPr>
        <w:t>- Investments: ___________________________________________________________</w:t>
      </w:r>
    </w:p>
    <w:p>
      <w:r>
        <w:rPr>
          <w:b w:val="0"/>
          <w:sz w:val="20"/>
        </w:rPr>
        <w:t>- Other assets: __________________________________________________________</w:t>
      </w:r>
    </w:p>
    <w:p/>
    <w:p>
      <w:r>
        <w:rPr>
          <w:b w:val="0"/>
          <w:sz w:val="20"/>
        </w:rPr>
        <w:t>3.2. Division of Property</w:t>
      </w:r>
    </w:p>
    <w:p>
      <w:r>
        <w:rPr>
          <w:b w:val="0"/>
          <w:sz w:val="20"/>
        </w:rPr>
        <w:t>The parties agree to divide their property as follows:</w:t>
      </w:r>
    </w:p>
    <w:p>
      <w:r>
        <w:rPr>
          <w:b w:val="0"/>
          <w:sz w:val="20"/>
        </w:rPr>
        <w:t>- Party 1 shall receive: ___________________________________________________</w:t>
      </w:r>
    </w:p>
    <w:p>
      <w:r>
        <w:rPr>
          <w:b w:val="0"/>
          <w:sz w:val="20"/>
        </w:rPr>
        <w:t>- Party 2 shall receive: ___________________________________________________</w:t>
      </w:r>
    </w:p>
    <w:p/>
    <w:p>
      <w:r>
        <w:rPr>
          <w:b w:val="0"/>
          <w:sz w:val="20"/>
        </w:rPr>
        <w:t>3.3. Transfer of Ownership</w:t>
      </w:r>
    </w:p>
    <w:p>
      <w:r>
        <w:rPr>
          <w:b w:val="0"/>
          <w:sz w:val="20"/>
        </w:rPr>
        <w:t>The parties agree to execute all necessary documents and take all steps required to transfer ownership of the property as set out in this Agreement.</w:t>
      </w:r>
    </w:p>
    <w:p/>
    <w:p>
      <w:r>
        <w:rPr>
          <w:b/>
          <w:sz w:val="20"/>
        </w:rPr>
        <w:t>4. DEBTS AND LIABILITIES</w:t>
      </w:r>
    </w:p>
    <w:p>
      <w:r>
        <w:rPr>
          <w:b w:val="0"/>
          <w:sz w:val="20"/>
        </w:rPr>
        <w:t>4.1. Identification of Debts</w:t>
      </w:r>
    </w:p>
    <w:p>
      <w:r>
        <w:rPr>
          <w:b w:val="0"/>
          <w:sz w:val="20"/>
        </w:rPr>
        <w:t>The parties acknowledge the following debts and liabilities:</w:t>
      </w:r>
    </w:p>
    <w:p>
      <w:r>
        <w:rPr>
          <w:b w:val="0"/>
          <w:sz w:val="20"/>
        </w:rPr>
        <w:t>- Joint debts: ____________________________________________________________</w:t>
      </w:r>
    </w:p>
    <w:p>
      <w:r>
        <w:rPr>
          <w:b w:val="0"/>
          <w:sz w:val="20"/>
        </w:rPr>
        <w:t>- Party 1 debts: _________________________________________________________</w:t>
      </w:r>
    </w:p>
    <w:p>
      <w:r>
        <w:rPr>
          <w:b w:val="0"/>
          <w:sz w:val="20"/>
        </w:rPr>
        <w:t>- Party 2 debts: _________________________________________________________</w:t>
      </w:r>
    </w:p>
    <w:p/>
    <w:p>
      <w:r>
        <w:rPr>
          <w:b w:val="0"/>
          <w:sz w:val="20"/>
        </w:rPr>
        <w:t>4.2. Responsibility for Debts</w:t>
      </w:r>
    </w:p>
    <w:p>
      <w:r>
        <w:rPr>
          <w:b w:val="0"/>
          <w:sz w:val="20"/>
        </w:rPr>
        <w:t>The parties agree to be responsible for debts as follows:</w:t>
      </w:r>
    </w:p>
    <w:p>
      <w:r>
        <w:rPr>
          <w:b w:val="0"/>
          <w:sz w:val="20"/>
        </w:rPr>
        <w:t>- Joint debts to be paid jointly or as otherwise agreed: ______________________</w:t>
      </w:r>
    </w:p>
    <w:p>
      <w:r>
        <w:rPr>
          <w:b w:val="0"/>
          <w:sz w:val="20"/>
        </w:rPr>
        <w:t>- Party 1 shall assume responsibility for: _________________________________</w:t>
      </w:r>
    </w:p>
    <w:p>
      <w:r>
        <w:rPr>
          <w:b w:val="0"/>
          <w:sz w:val="20"/>
        </w:rPr>
        <w:t>- Party 2 shall assume responsibility for: _________________________________</w:t>
      </w:r>
    </w:p>
    <w:p/>
    <w:p>
      <w:r>
        <w:rPr>
          <w:b/>
          <w:sz w:val="20"/>
        </w:rPr>
        <w:t>5. SPOUSAL SUPPORT</w:t>
      </w:r>
    </w:p>
    <w:p>
      <w:r>
        <w:rPr>
          <w:b w:val="0"/>
          <w:sz w:val="20"/>
        </w:rPr>
        <w:t>5.1. Waiver or Agreement</w:t>
      </w:r>
    </w:p>
    <w:p>
      <w:r>
        <w:rPr>
          <w:b w:val="0"/>
          <w:sz w:val="20"/>
        </w:rPr>
        <w:t>The parties agree as follows regarding spousal support:</w:t>
      </w:r>
    </w:p>
    <w:p>
      <w:r>
        <w:rPr>
          <w:b w:val="0"/>
          <w:sz w:val="20"/>
        </w:rPr>
        <w:t>- [ ] Spousal support is waived by both parties.</w:t>
      </w:r>
    </w:p>
    <w:p>
      <w:r>
        <w:rPr>
          <w:b w:val="0"/>
          <w:sz w:val="20"/>
        </w:rPr>
        <w:t>- [ ] Spousal support shall be paid as follows: ____________________________</w:t>
      </w:r>
    </w:p>
    <w:p>
      <w:r>
        <w:rPr>
          <w:b w:val="0"/>
          <w:sz w:val="20"/>
        </w:rPr>
        <w:t>5.2. Terms and Conditions</w:t>
      </w:r>
    </w:p>
    <w:p>
      <w:r>
        <w:rPr>
          <w:b w:val="0"/>
          <w:sz w:val="20"/>
        </w:rPr>
        <w:t>Any spousal support obligations shall comply with the applicable laws of Canada and shall be without prejudice to any future claims unless expressly stated otherwise herein.</w:t>
      </w:r>
    </w:p>
    <w:p/>
    <w:p>
      <w:r>
        <w:rPr>
          <w:b/>
          <w:sz w:val="20"/>
        </w:rPr>
        <w:t>6. CHILDREN</w:t>
      </w:r>
    </w:p>
    <w:p>
      <w:r>
        <w:rPr>
          <w:b w:val="0"/>
          <w:sz w:val="20"/>
        </w:rPr>
        <w:t>6.1. Custody and Access</w:t>
      </w:r>
    </w:p>
    <w:p>
      <w:r>
        <w:rPr>
          <w:b w:val="0"/>
          <w:sz w:val="20"/>
        </w:rPr>
        <w:t>The parties agree to the following arrangements regarding their children (if applicable):</w:t>
      </w:r>
    </w:p>
    <w:p>
      <w:r>
        <w:rPr>
          <w:b w:val="0"/>
          <w:sz w:val="20"/>
        </w:rPr>
        <w:t>Name(s) and Date(s) of Birth: ______________________________________________</w:t>
      </w:r>
    </w:p>
    <w:p>
      <w:r>
        <w:rPr>
          <w:b w:val="0"/>
          <w:sz w:val="20"/>
        </w:rPr>
        <w:t>- Custody to be held by: _________________________________________________</w:t>
      </w:r>
    </w:p>
    <w:p>
      <w:r>
        <w:rPr>
          <w:b w:val="0"/>
          <w:sz w:val="20"/>
        </w:rPr>
        <w:t>- Access and visitation rights: ______________________________________________</w:t>
      </w:r>
    </w:p>
    <w:p>
      <w:r>
        <w:rPr>
          <w:b w:val="0"/>
          <w:sz w:val="20"/>
        </w:rPr>
        <w:t>6.2. Decision Making</w:t>
      </w:r>
    </w:p>
    <w:p>
      <w:r>
        <w:rPr>
          <w:b w:val="0"/>
          <w:sz w:val="20"/>
        </w:rPr>
        <w:t>Both parties agree to share decision-making responsibilities for major decisions affecting the children, including education, health, and religion.</w:t>
      </w:r>
    </w:p>
    <w:p/>
    <w:p>
      <w:r>
        <w:rPr>
          <w:b/>
          <w:sz w:val="20"/>
        </w:rPr>
        <w:t>7. CHILD SUPPORT</w:t>
      </w:r>
    </w:p>
    <w:p>
      <w:r>
        <w:rPr>
          <w:b w:val="0"/>
          <w:sz w:val="20"/>
        </w:rPr>
        <w:t>The parties agree that child support shall be paid in accordance with the Federal Child Support Guidelines and applicable provincial laws. The amount and terms are as follows:</w:t>
      </w:r>
    </w:p>
    <w:p>
      <w:r>
        <w:rPr>
          <w:b w:val="0"/>
          <w:sz w:val="20"/>
        </w:rPr>
        <w:t>- Payor: _________________________________________________________________</w:t>
      </w:r>
    </w:p>
    <w:p>
      <w:r>
        <w:rPr>
          <w:b w:val="0"/>
          <w:sz w:val="20"/>
        </w:rPr>
        <w:t>- Amount: _________________________________________________________________</w:t>
      </w:r>
    </w:p>
    <w:p>
      <w:r>
        <w:rPr>
          <w:b w:val="0"/>
          <w:sz w:val="20"/>
        </w:rPr>
        <w:t>- Payment schedule and method: ____________________________________________</w:t>
      </w:r>
    </w:p>
    <w:p/>
    <w:p>
      <w:r>
        <w:rPr>
          <w:b/>
          <w:sz w:val="20"/>
        </w:rPr>
        <w:t>8. INSURANCE</w:t>
      </w:r>
    </w:p>
    <w:p>
      <w:r>
        <w:rPr>
          <w:b w:val="0"/>
          <w:sz w:val="20"/>
        </w:rPr>
        <w:t>The parties agree to maintain the following insurance policies and designate beneficiaries as follows:</w:t>
      </w:r>
    </w:p>
    <w:p>
      <w:r>
        <w:rPr>
          <w:b w:val="0"/>
          <w:sz w:val="20"/>
        </w:rPr>
        <w:t>- Life insurance: _________________________________________________________</w:t>
      </w:r>
    </w:p>
    <w:p>
      <w:r>
        <w:rPr>
          <w:b w:val="0"/>
          <w:sz w:val="20"/>
        </w:rPr>
        <w:t>- Health insurance: _______________________________________________________</w:t>
      </w:r>
    </w:p>
    <w:p>
      <w:r>
        <w:rPr>
          <w:b w:val="0"/>
          <w:sz w:val="20"/>
        </w:rPr>
        <w:t>- Other insurance: ________________________________________________________</w:t>
      </w:r>
    </w:p>
    <w:p/>
    <w:p>
      <w:r>
        <w:rPr>
          <w:b/>
          <w:sz w:val="20"/>
        </w:rPr>
        <w:t>9. RELEASE AND INDEMNITY</w:t>
      </w:r>
    </w:p>
    <w:p>
      <w:r>
        <w:rPr>
          <w:b w:val="0"/>
          <w:sz w:val="20"/>
        </w:rPr>
        <w:t>Each party releases and discharges the other from any and all claims, demands, or causes of action arising out of their relationship or its termination, except as expressly set out in this Agreement. Each party agrees to indemnify and hold harmless the other against any future claims related to matters resolved herein.</w:t>
      </w:r>
    </w:p>
    <w:p/>
    <w:p>
      <w:r>
        <w:rPr>
          <w:b/>
          <w:sz w:val="20"/>
        </w:rPr>
        <w:t>10. CONFIDENTIALITY</w:t>
      </w:r>
    </w:p>
    <w:p>
      <w:r>
        <w:rPr>
          <w:b w:val="0"/>
          <w:sz w:val="20"/>
        </w:rPr>
        <w:t>The parties agree to keep the terms and conditions of this Agreement confidential and not to disclose them except to legal advisors, financial institutions, or as required by law.</w:t>
      </w:r>
    </w:p>
    <w:p/>
    <w:p>
      <w:r>
        <w:rPr>
          <w:b/>
          <w:sz w:val="20"/>
        </w:rPr>
        <w:t>11. ENTIRE AGREEMENT</w:t>
      </w:r>
    </w:p>
    <w:p>
      <w:r>
        <w:rPr>
          <w:b w:val="0"/>
          <w:sz w:val="20"/>
        </w:rPr>
        <w:t>This Agreement constitutes the entire agreement between the parties and supersedes any prior understandings, agreements, or representations. Any amendments must be in writing and signed by both parties.</w:t>
      </w:r>
    </w:p>
    <w:p/>
    <w:p>
      <w:r>
        <w:rPr>
          <w:b/>
          <w:sz w:val="20"/>
        </w:rPr>
        <w:t>12. GOVERNING LAW AND JURISDICTION</w:t>
      </w:r>
    </w:p>
    <w:p>
      <w:r>
        <w:rPr>
          <w:b w:val="0"/>
          <w:sz w:val="20"/>
        </w:rPr>
        <w:t>This Agreement shall be governed by and construed in accordance with the laws of Canada and the applicable province. The parties irrevocably attorn to the exclusive jurisdiction of the courts sitting in the applicable province.</w:t>
      </w:r>
    </w:p>
    <w:p/>
    <w:p>
      <w:r>
        <w:rPr>
          <w:b/>
          <w:sz w:val="20"/>
        </w:rPr>
        <w:t>13. SEVERABILITY</w:t>
      </w:r>
    </w:p>
    <w:p>
      <w:r>
        <w:rPr>
          <w:b w:val="0"/>
          <w:sz w:val="20"/>
        </w:rPr>
        <w:t>If any provision of this Agreement is found to be invalid or unenforceable, the remaining provisions shall continue in full force and effect.</w:t>
      </w:r>
    </w:p>
    <w:p/>
    <w:p>
      <w:r>
        <w:rPr>
          <w:b/>
          <w:sz w:val="20"/>
        </w:rPr>
        <w:t>14. EXECUTION</w:t>
      </w:r>
    </w:p>
    <w:p>
      <w:r>
        <w:rPr>
          <w:b w:val="0"/>
          <w:sz w:val="20"/>
        </w:rPr>
        <w:t>The parties acknowledge that they have had the opportunity to seek independent legal advice and enter into this Agreement voluntarily and with full knowledge of its terms.</w:t>
      </w:r>
    </w:p>
    <w:p/>
    <w:p/>
    <w:p>
      <w:r>
        <w:rPr>
          <w:b w:val="0"/>
          <w:sz w:val="20"/>
        </w:rPr>
        <w:t>Place of Signing: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https://docstemplates-ca.com/common-law-separation-agreement/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common-law-separation-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