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CUSTOM ORDER FORM</w:t>
      </w:r>
    </w:p>
    <w:p/>
    <w:p/>
    <w:p>
      <w:r>
        <w:rPr>
          <w:b/>
          <w:sz w:val="20"/>
        </w:rPr>
        <w:t>Company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Customer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Order Details:</w:t>
      </w:r>
    </w:p>
    <w:tbl>
      <w:tblPr>
        <w:tblW w:type="auto" w:w="0"/>
        <w:tblLook w:firstColumn="1" w:firstRow="1" w:lastColumn="0" w:lastRow="0" w:noHBand="0" w:noVBand="1" w:val="04A0"/>
      </w:tblPr>
      <w:tblGrid>
        <w:gridCol w:w="1994"/>
        <w:gridCol w:w="1994"/>
        <w:gridCol w:w="1994"/>
        <w:gridCol w:w="1994"/>
        <w:gridCol w:w="1994"/>
      </w:tblGrid>
      <w:tr>
        <w:tc>
          <w:tcPr>
            <w:tcW w:type="dxa" w:w="1994"/>
          </w:tcPr>
          <w:p>
            <w:pPr>
              <w:jc w:val="center"/>
            </w:pPr>
            <w:r>
              <w:rPr>
                <w:b/>
                <w:sz w:val="20"/>
              </w:rPr>
              <w:t>Item No.</w:t>
            </w:r>
          </w:p>
        </w:tc>
        <w:tc>
          <w:tcPr>
            <w:tcW w:type="dxa" w:w="1994"/>
          </w:tcPr>
          <w:p>
            <w:pPr>
              <w:jc w:val="center"/>
            </w:pPr>
            <w:r>
              <w:rPr>
                <w:b/>
                <w:sz w:val="20"/>
              </w:rPr>
              <w:t>Description</w:t>
            </w:r>
          </w:p>
        </w:tc>
        <w:tc>
          <w:tcPr>
            <w:tcW w:type="dxa" w:w="1994"/>
          </w:tcPr>
          <w:p>
            <w:pPr>
              <w:jc w:val="center"/>
            </w:pPr>
            <w:r>
              <w:rPr>
                <w:b/>
                <w:sz w:val="20"/>
              </w:rPr>
              <w:t>Quantity</w:t>
            </w:r>
          </w:p>
        </w:tc>
        <w:tc>
          <w:tcPr>
            <w:tcW w:type="dxa" w:w="1994"/>
          </w:tcPr>
          <w:p>
            <w:pPr>
              <w:jc w:val="center"/>
            </w:pPr>
            <w:r>
              <w:rPr>
                <w:b/>
                <w:sz w:val="20"/>
              </w:rPr>
              <w:t>Unit Price (CAD)</w:t>
            </w:r>
          </w:p>
        </w:tc>
        <w:tc>
          <w:tcPr>
            <w:tcW w:type="dxa" w:w="1994"/>
          </w:tcPr>
          <w:p>
            <w:pPr>
              <w:jc w:val="center"/>
            </w:pPr>
            <w:r>
              <w:rPr>
                <w:b/>
                <w:sz w:val="20"/>
              </w:rPr>
              <w:t>Total Price (CAD)</w:t>
            </w:r>
          </w:p>
        </w:tc>
      </w:tr>
      <w:tr>
        <w:tc>
          <w:tcPr>
            <w:tcW w:type="dxa" w:w="1994"/>
          </w:tcPr>
          <w:p>
            <w:pPr>
              <w:jc w:val="center"/>
            </w:pPr>
            <w:r>
              <w:t>1</w:t>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t>2</w:t>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t>3</w:t>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t>4</w:t>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t>5</w:t>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bl>
    <w:p/>
    <w:p/>
    <w:p/>
    <w:p>
      <w:r>
        <w:rPr>
          <w:b/>
          <w:sz w:val="20"/>
        </w:rPr>
        <w:t>Payment Terms:</w:t>
      </w:r>
    </w:p>
    <w:p>
      <w:r>
        <w:rPr>
          <w:b w:val="0"/>
          <w:sz w:val="20"/>
        </w:rPr>
        <w:t>Total Amount Payable (CAD): _______________________________________________</w:t>
      </w:r>
    </w:p>
    <w:p>
      <w:r>
        <w:rPr>
          <w:b w:val="0"/>
          <w:sz w:val="20"/>
        </w:rPr>
        <w:t>Payment Method (e.g., credit card, bank transfer, cheque): ___________________________</w:t>
      </w:r>
    </w:p>
    <w:p>
      <w:r>
        <w:rPr>
          <w:b w:val="0"/>
          <w:sz w:val="20"/>
        </w:rPr>
        <w:t>Payment Due Upon Delivery / Within _______ days of invoice receipt (choose one).</w:t>
      </w:r>
    </w:p>
    <w:p>
      <w:r>
        <w:rPr>
          <w:b w:val="0"/>
          <w:sz w:val="20"/>
        </w:rPr>
        <w:t>Late Payment: Interest at the rate of 1.5% per month (18% per annum) on overdue amounts shall be payable.</w:t>
      </w:r>
    </w:p>
    <w:p/>
    <w:p>
      <w:r>
        <w:rPr>
          <w:b/>
          <w:sz w:val="20"/>
        </w:rPr>
        <w:t>Delivery Terms:</w:t>
      </w:r>
    </w:p>
    <w:p>
      <w:r>
        <w:rPr>
          <w:b w:val="0"/>
          <w:sz w:val="20"/>
        </w:rPr>
        <w:t>Delivery Location: ________________________________________________________</w:t>
      </w:r>
    </w:p>
    <w:p>
      <w:r>
        <w:rPr>
          <w:b w:val="0"/>
          <w:sz w:val="20"/>
        </w:rPr>
        <w:t>Expected Delivery Date: _________________________________________________</w:t>
      </w:r>
    </w:p>
    <w:p>
      <w:r>
        <w:rPr>
          <w:b w:val="0"/>
          <w:sz w:val="20"/>
        </w:rPr>
        <w:t>Risk of loss passes to the Customer upon delivery.</w:t>
      </w:r>
    </w:p>
    <w:p>
      <w:r>
        <w:rPr>
          <w:b w:val="0"/>
          <w:sz w:val="20"/>
        </w:rPr>
        <w:t>The Company shall not be liable for delays caused by events beyond its reasonable control.</w:t>
      </w:r>
    </w:p>
    <w:p/>
    <w:p>
      <w:r>
        <w:rPr>
          <w:b/>
          <w:sz w:val="20"/>
        </w:rPr>
        <w:t>Warranty and Returns:</w:t>
      </w:r>
    </w:p>
    <w:p>
      <w:r>
        <w:rPr>
          <w:b w:val="0"/>
          <w:sz w:val="20"/>
        </w:rPr>
        <w:t>The Company warrants that the goods shall be free from material defects for a period of 90 days from delivery.</w:t>
      </w:r>
    </w:p>
    <w:p>
      <w:r>
        <w:rPr>
          <w:b w:val="0"/>
          <w:sz w:val="20"/>
        </w:rPr>
        <w:t>The Customer must inspect the goods immediately upon receipt and notify the Company in writing of any defects within 7 days.</w:t>
      </w:r>
    </w:p>
    <w:p>
      <w:r>
        <w:rPr>
          <w:b w:val="0"/>
          <w:sz w:val="20"/>
        </w:rPr>
        <w:t>Returns of non-defective goods are not accepted without prior written consent of the Company and may be subject to restocking fees.</w:t>
      </w:r>
    </w:p>
    <w:p/>
    <w:p>
      <w:r>
        <w:rPr>
          <w:b/>
          <w:sz w:val="20"/>
        </w:rPr>
        <w:t>Limitation of Liability:</w:t>
      </w:r>
    </w:p>
    <w:p>
      <w:r>
        <w:rPr>
          <w:b w:val="0"/>
          <w:sz w:val="20"/>
        </w:rPr>
        <w:t>The Company's total liability under or in connection with this order shall not exceed the total amount paid by the Customer.</w:t>
      </w:r>
    </w:p>
    <w:p>
      <w:r>
        <w:rPr>
          <w:b w:val="0"/>
          <w:sz w:val="20"/>
        </w:rPr>
        <w:t>Under no circumstances shall the Company be liable for any indirect, incidental, consequential, or punitive damages.</w:t>
      </w:r>
    </w:p>
    <w:p/>
    <w:p>
      <w:r>
        <w:rPr>
          <w:b/>
          <w:sz w:val="20"/>
        </w:rPr>
        <w:t>Governing Law and Jurisdiction:</w:t>
      </w:r>
    </w:p>
    <w:p>
      <w:r>
        <w:rPr>
          <w:b w:val="0"/>
          <w:sz w:val="20"/>
        </w:rPr>
        <w:t>This order form and any contract formed pursuant to it shall be governed by and construed in accordance with the laws of Canada and the Province applicable to the Company's principal place of business.</w:t>
      </w:r>
    </w:p>
    <w:p>
      <w:r>
        <w:rPr>
          <w:b w:val="0"/>
          <w:sz w:val="20"/>
        </w:rPr>
        <w:t>The parties irrevocably submit to the exclusive jurisdiction of the courts of that Province for any disputes arising out of or in connection with this order.</w:t>
      </w:r>
    </w:p>
    <w:p/>
    <w:p/>
    <w:p>
      <w:r>
        <w:rPr>
          <w:b/>
          <w:sz w:val="20"/>
        </w:rPr>
        <w:t>Agreement Confirmation:</w:t>
      </w:r>
    </w:p>
    <w:p>
      <w:r>
        <w:rPr>
          <w:b w:val="0"/>
          <w:sz w:val="20"/>
        </w:rPr>
        <w:t>By signing below, the Customer confirms acceptance of the terms and conditions set forth in this Custom Order Form.</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CUSTOMER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https://docstemplates-ca.com/custom-order-form/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custom-order-form/"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