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jc w:val="center"/>
      </w:pPr>
      <w:r>
        <w:rPr>
          <w:b/>
          <w:sz w:val="20"/>
        </w:rPr>
        <w:t>EVENT REGISTRATION FORM</w:t>
      </w:r>
    </w:p>
    <w:p/>
    <w:p>
      <w:r>
        <w:rPr>
          <w:b w:val="0"/>
          <w:sz w:val="20"/>
        </w:rPr>
        <w:t>Please complete all sections of this form to register for the event. The information provided will be used for registration purposes only.</w:t>
      </w:r>
    </w:p>
    <w:p/>
    <w:p>
      <w:r>
        <w:rPr>
          <w:b/>
          <w:sz w:val="20"/>
        </w:rPr>
        <w:t>Personal Information</w:t>
      </w:r>
    </w:p>
    <w:p>
      <w:r>
        <w:rPr>
          <w:b w:val="0"/>
          <w:sz w:val="20"/>
        </w:rPr>
        <w:t>Full Name: _______________________________________________________________</w:t>
      </w:r>
    </w:p>
    <w:p>
      <w:r>
        <w:rPr>
          <w:b w:val="0"/>
          <w:sz w:val="20"/>
        </w:rPr>
        <w:t>Date of Birth (YYYY-MM-DD): _______________________________________________</w:t>
      </w:r>
    </w:p>
    <w:p>
      <w:r>
        <w:rPr>
          <w:b w:val="0"/>
          <w:sz w:val="20"/>
        </w:rPr>
        <w:t>Gender: _________________________________________________________________</w:t>
      </w:r>
    </w:p>
    <w:p>
      <w:r>
        <w:rPr>
          <w:b w:val="0"/>
          <w:sz w:val="20"/>
        </w:rPr>
        <w:t>Phone Number: ____________________________________________________________</w:t>
      </w:r>
    </w:p>
    <w:p>
      <w:r>
        <w:rPr>
          <w:b w:val="0"/>
          <w:sz w:val="20"/>
        </w:rPr>
        <w:t>Email Address: ____________________________________________________________</w:t>
      </w:r>
    </w:p>
    <w:p>
      <w:r>
        <w:rPr>
          <w:b w:val="0"/>
          <w:sz w:val="20"/>
        </w:rPr>
        <w:t>Mailing Address: __________________________________________________________</w:t>
      </w:r>
    </w:p>
    <w:p>
      <w:r>
        <w:rPr>
          <w:b w:val="0"/>
          <w:sz w:val="20"/>
        </w:rPr>
        <w:t>City: ___________________________________ Province: _______________________</w:t>
      </w:r>
    </w:p>
    <w:p>
      <w:r>
        <w:rPr>
          <w:b w:val="0"/>
          <w:sz w:val="20"/>
        </w:rPr>
        <w:t>Postal Code: ________________________ Country: Canada</w:t>
      </w:r>
    </w:p>
    <w:p/>
    <w:p>
      <w:r>
        <w:rPr>
          <w:b/>
          <w:sz w:val="20"/>
        </w:rPr>
        <w:t>Emergency Contact Information</w:t>
      </w:r>
    </w:p>
    <w:p>
      <w:r>
        <w:rPr>
          <w:b w:val="0"/>
          <w:sz w:val="20"/>
        </w:rPr>
        <w:t>Full Name: _______________________________________________________________</w:t>
      </w:r>
    </w:p>
    <w:p>
      <w:r>
        <w:rPr>
          <w:b w:val="0"/>
          <w:sz w:val="20"/>
        </w:rPr>
        <w:t>Relationship: _____________________________________________________________</w:t>
      </w:r>
    </w:p>
    <w:p>
      <w:r>
        <w:rPr>
          <w:b w:val="0"/>
          <w:sz w:val="20"/>
        </w:rPr>
        <w:t>Phone Number: ____________________________________________________________</w:t>
      </w:r>
    </w:p>
    <w:p/>
    <w:p>
      <w:r>
        <w:rPr>
          <w:b/>
          <w:sz w:val="20"/>
        </w:rPr>
        <w:t>Event Details</w:t>
      </w:r>
    </w:p>
    <w:p>
      <w:r>
        <w:rPr>
          <w:b w:val="0"/>
          <w:sz w:val="20"/>
        </w:rPr>
        <w:t>Event Name: ______________________________________________________________</w:t>
      </w:r>
    </w:p>
    <w:p>
      <w:r>
        <w:rPr>
          <w:b w:val="0"/>
          <w:sz w:val="20"/>
        </w:rPr>
        <w:t>Event Location: ___________________________________________________________</w:t>
      </w:r>
    </w:p>
    <w:p>
      <w:r>
        <w:rPr>
          <w:b w:val="0"/>
          <w:sz w:val="20"/>
        </w:rPr>
        <w:t>Preferred Session(s): _____________________________________________________</w:t>
      </w:r>
    </w:p>
    <w:p>
      <w:r>
        <w:rPr>
          <w:b w:val="0"/>
          <w:sz w:val="20"/>
        </w:rPr>
        <w:t>Special Requirements (allergies, accessibility, dietary, etc.): ________________</w:t>
      </w:r>
    </w:p>
    <w:p>
      <w:r>
        <w:rPr>
          <w:b w:val="0"/>
          <w:sz w:val="20"/>
        </w:rPr>
        <w:t>___________________________________________________________________________</w:t>
      </w:r>
    </w:p>
    <w:p/>
    <w:p>
      <w:r>
        <w:rPr>
          <w:b/>
          <w:sz w:val="20"/>
        </w:rPr>
        <w:t>Payment Information</w:t>
      </w:r>
    </w:p>
    <w:p>
      <w:r>
        <w:rPr>
          <w:b w:val="0"/>
          <w:sz w:val="20"/>
        </w:rPr>
        <w:t>Registration Fee (CAD): ______________</w:t>
      </w:r>
    </w:p>
    <w:p>
      <w:r>
        <w:rPr>
          <w:b w:val="0"/>
          <w:sz w:val="20"/>
        </w:rPr>
        <w:t>Payment Method: ___________________________________________________________</w:t>
      </w:r>
    </w:p>
    <w:p>
      <w:r>
        <w:rPr>
          <w:b w:val="0"/>
          <w:sz w:val="20"/>
        </w:rPr>
        <w:t>Cardholder Name (if applicable): ___________________________________________</w:t>
      </w:r>
    </w:p>
    <w:p>
      <w:r>
        <w:rPr>
          <w:b w:val="0"/>
          <w:sz w:val="20"/>
        </w:rPr>
        <w:t>Card Number: ______________________________________________________________</w:t>
      </w:r>
    </w:p>
    <w:p>
      <w:r>
        <w:rPr>
          <w:b w:val="0"/>
          <w:sz w:val="20"/>
        </w:rPr>
        <w:t>Expiry Date (MM/YY): ______________ CVV: ____________</w:t>
      </w:r>
    </w:p>
    <w:p/>
    <w:p>
      <w:r>
        <w:rPr>
          <w:b/>
          <w:sz w:val="20"/>
        </w:rPr>
        <w:t>Consent and Waiver</w:t>
      </w:r>
    </w:p>
    <w:p>
      <w:r>
        <w:rPr>
          <w:b w:val="0"/>
          <w:sz w:val="20"/>
        </w:rPr>
        <w:t>By signing below, I acknowledge and agree to the following terms and conditions:</w:t>
      </w:r>
    </w:p>
    <w:p>
      <w:r>
        <w:rPr>
          <w:b w:val="0"/>
          <w:sz w:val="20"/>
        </w:rPr>
        <w:t>1. I confirm that all information provided in this registration form is true and accurate to the best of my knowledge.</w:t>
      </w:r>
    </w:p>
    <w:p>
      <w:r>
        <w:rPr>
          <w:b w:val="0"/>
          <w:sz w:val="20"/>
        </w:rPr>
        <w:t>2. I understand that participation in the event may involve certain risks, including but not limited to physical injury or illness.</w:t>
      </w:r>
    </w:p>
    <w:p>
      <w:r>
        <w:rPr>
          <w:b w:val="0"/>
          <w:sz w:val="20"/>
        </w:rPr>
        <w:t>3. I voluntarily assume all risks associated with participation in the event and agree to release, discharge, and hold harmless the event organizers, sponsors, volunteers, and their agents from any and all liability for any injury, loss, or damage arising out of or in connection with my participation, except where caused by negligence or willful misconduct of the organizers.</w:t>
      </w:r>
    </w:p>
    <w:p>
      <w:r>
        <w:rPr>
          <w:b w:val="0"/>
          <w:sz w:val="20"/>
        </w:rPr>
        <w:t>4. I consent to the use of my personal information provided herein solely for purposes related to the event and understand that it will be handled in accordance with applicable Canadian privacy laws.</w:t>
      </w:r>
    </w:p>
    <w:p>
      <w:r>
        <w:rPr>
          <w:b w:val="0"/>
          <w:sz w:val="20"/>
        </w:rPr>
        <w:t>5. I grant permission for photographs, videos, and other recordings of me taken during the event to be used by the organizers for promotional and educational purposes without compensation.</w:t>
      </w:r>
    </w:p>
    <w:p>
      <w:r>
        <w:rPr>
          <w:b w:val="0"/>
          <w:sz w:val="20"/>
        </w:rPr>
        <w:t>6. I agree to comply with all rules, policies, and instructions provided by event organizers and staff.</w:t>
      </w:r>
    </w:p>
    <w:p/>
    <w:p>
      <w:r>
        <w:rPr>
          <w:b/>
          <w:sz w:val="20"/>
        </w:rPr>
        <w:t>Acknowledgement</w:t>
      </w:r>
    </w:p>
    <w:p>
      <w:r>
        <w:rPr>
          <w:b w:val="0"/>
          <w:sz w:val="20"/>
        </w:rPr>
        <w:t>I have read, understood, and agree to the terms outlined in this Event Registration Form and Consent and Waiver.</w:t>
      </w:r>
    </w:p>
    <w:p/>
    <w:p/>
    <w:tbl>
      <w:tblPr>
        <w:tblW w:type="auto" w:w="0"/>
        <w:tblLayout w:type="autofit"/>
        <w:tblLook w:firstColumn="1" w:firstRow="1" w:lastColumn="0" w:lastRow="0" w:noHBand="0" w:noVBand="1" w:val="04A0"/>
      </w:tblPr>
      <w:tblGrid>
        <w:gridCol w:w="4986"/>
        <w:gridCol w:w="4986"/>
      </w:tblGrid>
      <w:tr>
        <w:tc>
          <w:tcPr>
            <w:tcW w:type="dxa" w:w="4986"/>
            <w:tcBorders>
              <w:top w:val="nil"/>
              <w:left w:val="nil"/>
              <w:bottom w:val="nil"/>
              <w:right w:val="nil"/>
              <w:insideH w:val="nil"/>
              <w:insideV w:val="nil"/>
            </w:tcBorders>
          </w:tcPr>
          <w:p>
            <w:pPr>
              <w:jc w:val="center"/>
            </w:pPr>
            <w:r>
              <w:t>Participant Signature</w:t>
            </w:r>
          </w:p>
        </w:tc>
        <w:tc>
          <w:tcPr>
            <w:tcW w:type="dxa" w:w="4986"/>
            <w:tcBorders>
              <w:top w:val="nil"/>
              <w:left w:val="nil"/>
              <w:bottom w:val="nil"/>
              <w:right w:val="nil"/>
              <w:insideH w:val="nil"/>
              <w:insideV w:val="nil"/>
            </w:tcBorders>
          </w:tcPr>
          <w:p>
            <w:pPr>
              <w:jc w:val="center"/>
            </w:pPr>
            <w:r>
              <w:t>Date</w:t>
            </w:r>
          </w:p>
        </w:tc>
      </w:tr>
      <w:tr>
        <w:tc>
          <w:tcPr>
            <w:tcW w:type="dxa" w:w="4986"/>
            <w:tcBorders>
              <w:top w:val="nil"/>
              <w:left w:val="nil"/>
              <w:bottom w:val="nil"/>
              <w:right w:val="nil"/>
              <w:insideH w:val="nil"/>
              <w:insideV w:val="nil"/>
            </w:tcBorders>
          </w:tcPr>
          <w:p>
            <w:pPr>
              <w:jc w:val="center"/>
            </w:pPr>
            <w:r>
              <w:br/>
              <w:br/>
              <w:t>Signature: ____________________________</w:t>
            </w:r>
          </w:p>
        </w:tc>
        <w:tc>
          <w:tcPr>
            <w:tcW w:type="dxa" w:w="4986"/>
            <w:tcBorders>
              <w:top w:val="nil"/>
              <w:left w:val="nil"/>
              <w:bottom w:val="nil"/>
              <w:right w:val="nil"/>
              <w:insideH w:val="nil"/>
              <w:insideV w:val="nil"/>
            </w:tcBorders>
          </w:tcPr>
          <w:p>
            <w:pPr>
              <w:jc w:val="center"/>
            </w:pPr>
            <w:r>
              <w:br/>
              <w:br/>
              <w:t>Date: _________________________________</w:t>
            </w:r>
          </w:p>
        </w:tc>
      </w:tr>
      <w:tr>
        <w:tc>
          <w:tcPr>
            <w:tcW w:type="dxa" w:w="4986"/>
            <w:tcBorders>
              <w:top w:val="nil"/>
              <w:left w:val="nil"/>
              <w:bottom w:val="nil"/>
              <w:right w:val="nil"/>
              <w:insideH w:val="nil"/>
              <w:insideV w:val="nil"/>
            </w:tcBorders>
          </w:tcPr>
          <w:p>
            <w:pPr>
              <w:jc w:val="center"/>
            </w:pPr>
            <w:r>
              <w:t>Printed Name: ___________________________</w:t>
            </w:r>
          </w:p>
        </w:tc>
        <w:tc>
          <w:tcPr>
            <w:tcW w:type="dxa" w:w="4986"/>
            <w:tcBorders>
              <w:top w:val="nil"/>
              <w:left w:val="nil"/>
              <w:bottom w:val="nil"/>
              <w:right w:val="nil"/>
              <w:insideH w:val="nil"/>
              <w:insideV w:val="nil"/>
            </w:tcBorders>
          </w:tcPr>
          <w:p>
            <w:pPr>
              <w:jc w:val="center"/>
            </w:pPr>
            <w:r>
              <w:t>Witness Signature: ______________________</w:t>
            </w:r>
          </w:p>
        </w:tc>
      </w:tr>
    </w:tbl>
    <w:p/>
    <w:p>
      <w:r>
        <w:rPr>
          <w:b/>
          <w:sz w:val="20"/>
        </w:rPr>
        <w:t>Privacy Notice</w:t>
      </w:r>
    </w:p>
    <w:p>
      <w:r>
        <w:rPr>
          <w:b w:val="0"/>
          <w:sz w:val="20"/>
        </w:rPr>
        <w:t>The personal information provided on this form is collected under the authority of applicable Canadian laws for the purpose of event registration and administration. It will be protected in accordance with the Personal Information Protection and Electronic Documents Act (PIPEDA) and will not be disclosed to unauthorized third parties. Participants have the right to access and request correction of their personal information by contacting the event organizer.</w:t>
      </w:r>
    </w:p>
    <w:p/>
    <w:p>
      <w:r>
        <w:br w:type="page"/>
      </w:r>
    </w:p>
    <w:p>
      <w:pPr>
        <w:jc w:val="center"/>
      </w:pPr>
      <w:r>
        <w:rPr>
          <w:color w:val="555555"/>
          <w:sz w:val="24"/>
        </w:rPr>
        <w:t>Original source of this document:</w:t>
      </w:r>
    </w:p>
    <w:p>
      <w:pPr>
        <w:jc w:val="center"/>
      </w:pPr>
      <w:hyperlink r:id="rId9">
        <w:r>
          <w:rPr>
            <w:color w:val="0000FF"/>
            <w:u w:val="single"/>
          </w:rPr>
          <w:t>https://docstemplates-ca.com/event-registration-form/</w:t>
        </w:r>
      </w:hyperlink>
    </w:p>
    <w:p>
      <w:pPr>
        <w:jc w:val="center"/>
      </w:pPr>
      <w:r>
        <w:rPr>
          <w:color w:val="555555"/>
          <w:sz w:val="26"/>
        </w:rPr>
        <w:t>Did you find this template helpful?</w:t>
      </w:r>
    </w:p>
    <w:p>
      <w:pPr>
        <w:jc w:val="center"/>
      </w:pPr>
      <w:r>
        <w:rPr>
          <w:color w:val="555555"/>
          <w:sz w:val="26"/>
        </w:rPr>
        <w:t>Find more updated templates at:</w:t>
      </w:r>
    </w:p>
    <w:p>
      <w:pPr>
        <w:jc w:val="center"/>
      </w:pPr>
      <w:hyperlink r:id="rId10">
        <w:r>
          <w:rPr>
            <w:color w:val="0000FF"/>
            <w:u w:val="single"/>
          </w:rPr>
          <w:t>https://docstemplates-ca.com</w:t>
        </w:r>
      </w:hyperlink>
    </w:p>
    <w:p>
      <w:pPr>
        <w:jc w:val="center"/>
      </w:pPr>
      <w:r>
        <w:rPr>
          <w:color w:val="808080"/>
          <w:sz w:val="20"/>
        </w:rPr>
        <w:t>This template is intended exclusively for personal, non-commercial use.</w:t>
        <w:br/>
        <w:t>If distributed or published, the source must be mentioned. © docstemplates-ca.com</w:t>
      </w:r>
    </w:p>
    <w:sectPr w:rsidR="00FC693F" w:rsidRPr="0006063C" w:rsidSect="00034616">
      <w:pgSz w:w="12240" w:h="15840"/>
      <w:pgMar w:top="1134" w:right="1134" w:bottom="1134" w:left="1134"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yperlink" Target="https://docstemplates-ca.com/event-registration-form/" TargetMode="External"/><Relationship Id="rId10" Type="http://schemas.openxmlformats.org/officeDocument/2006/relationships/hyperlink" Target="https://docstemplates-ca.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