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SCHOOL FIELD TRIP PERMISSION AND LIABILITY FORM</w:t>
      </w:r>
    </w:p>
    <w:p/>
    <w:p/>
    <w:p>
      <w:r>
        <w:rPr>
          <w:b/>
          <w:sz w:val="22"/>
        </w:rPr>
        <w:t>Student Information</w:t>
      </w:r>
    </w:p>
    <w:p>
      <w:r>
        <w:rPr>
          <w:b w:val="0"/>
          <w:sz w:val="20"/>
        </w:rPr>
        <w:t>Full Name: _______________________________________________________________</w:t>
      </w:r>
    </w:p>
    <w:p>
      <w:r>
        <w:rPr>
          <w:b w:val="0"/>
          <w:sz w:val="20"/>
        </w:rPr>
        <w:t>Date of Birth: ____________________________________________________________</w:t>
      </w:r>
    </w:p>
    <w:p>
      <w:r>
        <w:rPr>
          <w:b w:val="0"/>
          <w:sz w:val="20"/>
        </w:rPr>
        <w:t>Home Address: ____________________________________________________________</w:t>
      </w:r>
    </w:p>
    <w:p>
      <w:r>
        <w:rPr>
          <w:b w:val="0"/>
          <w:sz w:val="20"/>
        </w:rPr>
        <w:t>Phone Number: ____________________________________________________________</w:t>
      </w:r>
    </w:p>
    <w:p>
      <w:r>
        <w:rPr>
          <w:b w:val="0"/>
          <w:sz w:val="20"/>
        </w:rPr>
        <w:t>Emergency Contact Name: _________________________________________________</w:t>
      </w:r>
    </w:p>
    <w:p>
      <w:r>
        <w:rPr>
          <w:b w:val="0"/>
          <w:sz w:val="20"/>
        </w:rPr>
        <w:t>Emergency Contact Phone: _________________________________________________</w:t>
      </w:r>
    </w:p>
    <w:p/>
    <w:p>
      <w:r>
        <w:rPr>
          <w:b/>
          <w:sz w:val="22"/>
        </w:rPr>
        <w:t>School and Trip Details</w:t>
      </w:r>
    </w:p>
    <w:p>
      <w:r>
        <w:rPr>
          <w:b w:val="0"/>
          <w:sz w:val="20"/>
        </w:rPr>
        <w:t>School Name: _____________________________________________________________</w:t>
      </w:r>
    </w:p>
    <w:p>
      <w:r>
        <w:rPr>
          <w:b w:val="0"/>
          <w:sz w:val="20"/>
        </w:rPr>
        <w:t>Teacher/Trip Leader: _____________________________________________________</w:t>
      </w:r>
    </w:p>
    <w:p>
      <w:r>
        <w:rPr>
          <w:b w:val="0"/>
          <w:sz w:val="20"/>
        </w:rPr>
        <w:t>Trip Destination(s): ______________________________________________________</w:t>
      </w:r>
    </w:p>
    <w:p>
      <w:r>
        <w:rPr>
          <w:b w:val="0"/>
          <w:sz w:val="20"/>
        </w:rPr>
        <w:t>Purpose of Field Trip: ____________________________________________________</w:t>
      </w:r>
    </w:p>
    <w:p>
      <w:r>
        <w:rPr>
          <w:b w:val="0"/>
          <w:sz w:val="20"/>
        </w:rPr>
        <w:t>Departure Location and Time: _____________________________________________</w:t>
      </w:r>
    </w:p>
    <w:p>
      <w:r>
        <w:rPr>
          <w:b w:val="0"/>
          <w:sz w:val="20"/>
        </w:rPr>
        <w:t>Return Location and Time: ________________________________________________</w:t>
      </w:r>
    </w:p>
    <w:p/>
    <w:p>
      <w:r>
        <w:rPr>
          <w:b/>
          <w:sz w:val="22"/>
        </w:rPr>
        <w:t>Transportation Information</w:t>
      </w:r>
    </w:p>
    <w:p>
      <w:r>
        <w:rPr>
          <w:b w:val="0"/>
          <w:sz w:val="20"/>
        </w:rPr>
        <w:t>Mode(s) of Transportation (e.g., bus, walking, other): _____________________</w:t>
      </w:r>
    </w:p>
    <w:p>
      <w:r>
        <w:rPr>
          <w:b w:val="0"/>
          <w:sz w:val="20"/>
        </w:rPr>
        <w:t>Transportation Provider (if applicable): ___________________________________</w:t>
      </w:r>
    </w:p>
    <w:p/>
    <w:p>
      <w:r>
        <w:rPr>
          <w:b/>
          <w:sz w:val="22"/>
        </w:rPr>
        <w:t>Medical Information and Consent</w:t>
      </w:r>
    </w:p>
    <w:p>
      <w:r>
        <w:rPr>
          <w:b w:val="0"/>
          <w:sz w:val="20"/>
        </w:rPr>
        <w:t>Does the student have any allergies, medical conditions, or dietary restrictions? If yes, please specify:</w:t>
      </w:r>
    </w:p>
    <w:p>
      <w:r>
        <w:rPr>
          <w:b w:val="0"/>
          <w:sz w:val="20"/>
        </w:rPr>
        <w:t>___________________________________________________________________________</w:t>
      </w:r>
    </w:p>
    <w:p>
      <w:r>
        <w:rPr>
          <w:b w:val="0"/>
          <w:sz w:val="20"/>
        </w:rPr>
        <w:t>Is the student currently taking any medication? If yes, please specify:</w:t>
      </w:r>
    </w:p>
    <w:p>
      <w:r>
        <w:rPr>
          <w:b w:val="0"/>
          <w:sz w:val="20"/>
        </w:rPr>
        <w:t>___________________________________________________________________________</w:t>
      </w:r>
    </w:p>
    <w:p>
      <w:r>
        <w:rPr>
          <w:b w:val="0"/>
          <w:sz w:val="20"/>
        </w:rPr>
        <w:t>I hereby authorize the supervising adults to administer emergency medical treatment to my child if necessary, including the administration of first aid or seeking professional medical help.</w:t>
      </w:r>
    </w:p>
    <w:p/>
    <w:p>
      <w:r>
        <w:rPr>
          <w:b/>
          <w:sz w:val="22"/>
        </w:rPr>
        <w:t>Behavioral Expectations and Consent</w:t>
      </w:r>
    </w:p>
    <w:p>
      <w:r>
        <w:rPr>
          <w:b w:val="0"/>
          <w:sz w:val="20"/>
        </w:rPr>
        <w:t>I understand that my child is expected to follow all school rules and the instructions of trip supervisors during the field trip.</w:t>
      </w:r>
    </w:p>
    <w:p>
      <w:r>
        <w:rPr>
          <w:b w:val="0"/>
          <w:sz w:val="20"/>
        </w:rPr>
        <w:t>I accept that if my child’s behavior endangers themselves or others, they may be sent home at my expense.</w:t>
      </w:r>
    </w:p>
    <w:p/>
    <w:p>
      <w:r>
        <w:rPr>
          <w:b/>
          <w:sz w:val="22"/>
        </w:rPr>
        <w:t>Liability Waiver and Release</w:t>
      </w:r>
    </w:p>
    <w:p>
      <w:r>
        <w:rPr>
          <w:b w:val="0"/>
          <w:sz w:val="20"/>
        </w:rPr>
        <w:t>I, the undersigned parent or legal guardian of the student named above, hereby give permission for my child to participate in the field trip described herein.</w:t>
      </w:r>
    </w:p>
    <w:p>
      <w:r>
        <w:rPr>
          <w:b w:val="0"/>
          <w:sz w:val="20"/>
        </w:rPr>
        <w:t>I release and hold harmless the school, its employees, agents, volunteers, and any other representatives from any and all liability, claims, demands, causes of action, damages, losses, or expenses arising out of or related to any injury, accident, illness, loss, or damage to person or property occurring during or as a result of the field trip, except where caused by the negligence or willful misconduct of the school or its representatives.</w:t>
      </w:r>
    </w:p>
    <w:p>
      <w:r>
        <w:rPr>
          <w:b w:val="0"/>
          <w:sz w:val="20"/>
        </w:rPr>
        <w:t>I understand that participation in this field trip involves certain inherent risks, including but not limited to transportation risks, environmental conditions, and activities undertaken during the trip.</w:t>
      </w:r>
    </w:p>
    <w:p>
      <w:r>
        <w:rPr>
          <w:b w:val="0"/>
          <w:sz w:val="20"/>
        </w:rPr>
        <w:t>I acknowledge that I have read and understood this waiver and release, and agree to be bound by its terms.</w:t>
      </w:r>
    </w:p>
    <w:p/>
    <w:p>
      <w:r>
        <w:rPr>
          <w:b/>
          <w:sz w:val="22"/>
        </w:rPr>
        <w:t>Photo and Media Consent</w:t>
      </w:r>
    </w:p>
    <w:p>
      <w:r>
        <w:rPr>
          <w:b w:val="0"/>
          <w:sz w:val="20"/>
        </w:rPr>
        <w:t>I consent to my child's photograph, video recording, or audio recording being taken during the field trip for use by the school for educational, promotional, or informational purposes.</w:t>
      </w:r>
    </w:p>
    <w:p>
      <w:r>
        <w:rPr>
          <w:b w:val="0"/>
          <w:sz w:val="20"/>
        </w:rPr>
        <w:t>I understand that no compensation will be provided for such use.</w:t>
      </w:r>
    </w:p>
    <w:p>
      <w:r>
        <w:rPr>
          <w:b w:val="0"/>
          <w:sz w:val="20"/>
        </w:rPr>
        <w:t>If I do NOT consent, I will initial here: ________</w:t>
      </w:r>
    </w:p>
    <w:p/>
    <w:p>
      <w:r>
        <w:rPr>
          <w:b/>
          <w:sz w:val="22"/>
        </w:rPr>
        <w:t>Parent/Guardian Consent</w:t>
      </w:r>
    </w:p>
    <w:p>
      <w:r>
        <w:rPr>
          <w:b w:val="0"/>
          <w:sz w:val="20"/>
        </w:rPr>
        <w:t>Name of Parent/Guardian: _________________________________________________</w:t>
      </w:r>
    </w:p>
    <w:p>
      <w:r>
        <w:rPr>
          <w:b w:val="0"/>
          <w:sz w:val="20"/>
        </w:rPr>
        <w:t>Relationship to Student: _________________________________________________</w:t>
      </w:r>
    </w:p>
    <w:p>
      <w:r>
        <w:rPr>
          <w:b w:val="0"/>
          <w:sz w:val="20"/>
        </w:rPr>
        <w:t>Phone Number: ____________________________________________________________</w:t>
      </w:r>
    </w:p>
    <w:p>
      <w:r>
        <w:rPr>
          <w:b w:val="0"/>
          <w:sz w:val="20"/>
        </w:rPr>
        <w:t>Email Address: ____________________________________________________________</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Parent/Guardian Signature</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br/>
              <w:br/>
              <w:t>Signature: ______________________________</w:t>
            </w:r>
          </w:p>
        </w:tc>
        <w:tc>
          <w:tcPr>
            <w:tcW w:type="dxa" w:w="4986"/>
            <w:tcBorders>
              <w:top w:val="nil"/>
              <w:left w:val="nil"/>
              <w:bottom w:val="nil"/>
              <w:right w:val="nil"/>
              <w:insideH w:val="nil"/>
              <w:insideV w:val="nil"/>
            </w:tcBorders>
          </w:tcPr>
          <w:p>
            <w:pPr>
              <w:jc w:val="center"/>
            </w:pPr>
            <w:r>
              <w:br/>
              <w:br/>
              <w:t>Date: _________________________________</w:t>
            </w:r>
          </w:p>
        </w:tc>
      </w:tr>
      <w:tr>
        <w:tc>
          <w:tcPr>
            <w:tcW w:type="dxa" w:w="4986"/>
            <w:tcBorders>
              <w:top w:val="nil"/>
              <w:left w:val="nil"/>
              <w:bottom w:val="nil"/>
              <w:right w:val="nil"/>
              <w:insideH w:val="nil"/>
              <w:insideV w:val="nil"/>
            </w:tcBorders>
          </w:tcPr>
          <w:p>
            <w:pPr>
              <w:jc w:val="center"/>
            </w:pPr>
            <w:r>
              <w:t>Printed Name: ___________________________</w:t>
            </w:r>
          </w:p>
        </w:tc>
        <w:tc>
          <w:tcPr>
            <w:tcW w:type="dxa" w:w="4986"/>
            <w:tcBorders>
              <w:top w:val="nil"/>
              <w:left w:val="nil"/>
              <w:bottom w:val="nil"/>
              <w:right w:val="nil"/>
              <w:insideH w:val="nil"/>
              <w:insideV w:val="nil"/>
            </w:tcBorders>
          </w:tcPr>
          <w:p>
            <w:pPr>
              <w:jc w:val="center"/>
            </w:pPr>
            <w:r>
              <w:t>Phone Number: ___________________________</w:t>
            </w:r>
          </w:p>
        </w:tc>
      </w:tr>
    </w:tbl>
    <w:p/>
    <w:p/>
    <w:p>
      <w:r>
        <w:rPr>
          <w:b/>
          <w:sz w:val="22"/>
        </w:rPr>
        <w:t>Witness (School Representative)</w:t>
      </w:r>
    </w:p>
    <w:p>
      <w:r>
        <w:rPr>
          <w:b w:val="0"/>
          <w:sz w:val="20"/>
        </w:rPr>
        <w:t>Name: _________________________________________________________________</w:t>
      </w:r>
    </w:p>
    <w:p>
      <w:r>
        <w:rPr>
          <w:b w:val="0"/>
          <w:sz w:val="20"/>
        </w:rPr>
        <w:t>Title/Position: _________________________________________________________</w:t>
      </w:r>
    </w:p>
    <w:p>
      <w:r>
        <w:rPr>
          <w:b w:val="0"/>
          <w:sz w:val="20"/>
        </w:rPr>
        <w:t>Signature: _____________________________________________________________</w:t>
      </w:r>
    </w:p>
    <w:p>
      <w:r>
        <w:rPr>
          <w:b w:val="0"/>
          <w:sz w:val="20"/>
        </w:rPr>
        <w:t>Date: _________________________________________________________________</w:t>
      </w:r>
    </w:p>
    <w:p/>
    <w:p/>
    <w:p>
      <w:r>
        <w:rPr>
          <w:b w:val="0"/>
          <w:sz w:val="20"/>
        </w:rPr>
        <w:t>This form constitutes a binding legal agreement enforceable under the laws of Canada. By signing, you confirm that you have read, understood, and agree to all the terms and conditions herein.</w:t>
      </w:r>
    </w:p>
    <w:p/>
    <w:p>
      <w:r>
        <w:br w:type="page"/>
      </w:r>
    </w:p>
    <w:p>
      <w:pPr>
        <w:jc w:val="center"/>
      </w:pPr>
      <w:r>
        <w:rPr>
          <w:color w:val="555555"/>
          <w:sz w:val="24"/>
        </w:rPr>
        <w:t>Original source of this document:</w:t>
      </w:r>
    </w:p>
    <w:p>
      <w:pPr>
        <w:jc w:val="center"/>
      </w:pPr>
      <w:hyperlink r:id="rId9">
        <w:r>
          <w:rPr>
            <w:color w:val="0000FF"/>
            <w:u w:val="single"/>
          </w:rPr>
          <w:t>https://docstemplates-ca.com/field-trip-form/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field-trip-form/"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