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Sender's Address:</w:t>
      </w:r>
    </w:p>
    <w:p>
      <w:r>
        <w:rPr>
          <w:b w:val="0"/>
          <w:sz w:val="20"/>
        </w:rPr>
        <w:t>Full Name: _________________________________________________</w:t>
      </w:r>
    </w:p>
    <w:p>
      <w:r>
        <w:rPr>
          <w:b w:val="0"/>
          <w:sz w:val="20"/>
        </w:rPr>
        <w:t>Street Address: ____________________________________________</w:t>
      </w:r>
    </w:p>
    <w:p>
      <w:r>
        <w:rPr>
          <w:b w:val="0"/>
          <w:sz w:val="20"/>
        </w:rPr>
        <w:t>City, Province, Postal Code: _______________________________</w:t>
      </w:r>
    </w:p>
    <w:p>
      <w:r>
        <w:rPr>
          <w:b w:val="0"/>
          <w:sz w:val="20"/>
        </w:rPr>
        <w:t>Phone: ____________________________________________________</w:t>
      </w:r>
    </w:p>
    <w:p>
      <w:r>
        <w:rPr>
          <w:b w:val="0"/>
          <w:sz w:val="20"/>
        </w:rPr>
        <w:t>Email: ____________________________________________________</w:t>
      </w:r>
    </w:p>
    <w:p/>
    <w:p/>
    <w:p>
      <w:r>
        <w:rPr>
          <w:b/>
          <w:sz w:val="20"/>
        </w:rPr>
        <w:t>Recipient's Address:</w:t>
      </w:r>
    </w:p>
    <w:p>
      <w:r>
        <w:rPr>
          <w:b w:val="0"/>
          <w:sz w:val="20"/>
        </w:rPr>
        <w:t>Full Name: _________________________________________________</w:t>
      </w:r>
    </w:p>
    <w:p>
      <w:r>
        <w:rPr>
          <w:b w:val="0"/>
          <w:sz w:val="20"/>
        </w:rPr>
        <w:t>Street Address: ____________________________________________</w:t>
      </w:r>
    </w:p>
    <w:p>
      <w:r>
        <w:rPr>
          <w:b w:val="0"/>
          <w:sz w:val="20"/>
        </w:rPr>
        <w:t>City, Province, Postal Code: _______________________________</w:t>
      </w:r>
    </w:p>
    <w:p/>
    <w:p/>
    <w:p>
      <w:r>
        <w:rPr>
          <w:b w:val="0"/>
          <w:sz w:val="20"/>
        </w:rPr>
        <w:t>Dear ________________________________,</w:t>
      </w:r>
    </w:p>
    <w:p/>
    <w:p>
      <w:r>
        <w:rPr>
          <w:b w:val="0"/>
          <w:sz w:val="20"/>
        </w:rPr>
        <w:t>I hope this letter finds you well. I am writing to you to express my feelings and share some important thoughts. Your friendship means a great deal to me, and I wanted to take this opportunity to communicate openly and sincerely.</w:t>
      </w:r>
    </w:p>
    <w:p/>
    <w:p>
      <w:r>
        <w:rPr>
          <w:b w:val="0"/>
          <w:sz w:val="20"/>
        </w:rPr>
        <w:t>Firstly, I want to thank you for your ongoing support and kindness. It has been invaluable during both challenging times and moments of celebration.</w:t>
      </w:r>
    </w:p>
    <w:p/>
    <w:p>
      <w:r>
        <w:rPr>
          <w:b w:val="0"/>
          <w:sz w:val="20"/>
        </w:rPr>
        <w:t>Secondly, I would like to invite you to join me for an upcoming event that I believe will be both enjoyable and meaningful. Your presence would truly make the occasion special.</w:t>
      </w:r>
    </w:p>
    <w:p/>
    <w:p>
      <w:r>
        <w:rPr>
          <w:b w:val="0"/>
          <w:sz w:val="20"/>
        </w:rPr>
        <w:t>Lastly, I want to assure you that I am always here should you need anything. Our relationship is built on trust, respect, and mutual understanding, and I am committed to maintaining these values.</w:t>
      </w:r>
    </w:p>
    <w:p/>
    <w:p>
      <w:r>
        <w:rPr>
          <w:b w:val="0"/>
          <w:sz w:val="20"/>
        </w:rPr>
        <w:t>Thank you for taking the time to read this letter. I look forward to hearing from you soon and hope that we can continue to strengthen our friendship in the times ahead.</w:t>
      </w:r>
    </w:p>
    <w:p/>
    <w:p/>
    <w:p>
      <w:r>
        <w:rPr>
          <w:b w:val="0"/>
          <w:sz w:val="20"/>
        </w:rPr>
        <w:t>Sincerely,</w:t>
      </w:r>
    </w:p>
    <w:p/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Signature</w:t>
      </w:r>
    </w:p>
    <w:p/>
    <w:p>
      <w:r>
        <w:rPr>
          <w:b w:val="0"/>
          <w:sz w:val="20"/>
        </w:rPr>
        <w:t>Full Name (printed): ______________________________________</w:t>
      </w:r>
    </w:p>
    <w:p/>
    <w:p/>
    <w:p>
      <w:r>
        <w:rPr>
          <w:b/>
          <w:sz w:val="22"/>
        </w:rPr>
        <w:t>Legal Notice:</w:t>
      </w:r>
    </w:p>
    <w:p>
      <w:r>
        <w:rPr>
          <w:b w:val="0"/>
          <w:sz w:val="20"/>
        </w:rPr>
        <w:t>This letter is intended as a personal and friendly communication between the sender and the recipient. It does not constitute a legally binding agreement or contract under Canadian law. Any commitments or obligations referred to herein require separate written agreements duly executed by the parties involved.</w:t>
      </w:r>
    </w:p>
    <w:p/>
    <w:p>
      <w:r>
        <w:rPr>
          <w:b/>
          <w:sz w:val="22"/>
        </w:rPr>
        <w:t>Witness (Optional):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https://docstemplates-ca.com/friendly-letter/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templates-ca.com/friendly-letter/" TargetMode="External"/><Relationship Id="rId10" Type="http://schemas.openxmlformats.org/officeDocument/2006/relationships/hyperlink" Target="https://docs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