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INCIDENT REPORT FORM</w:t>
      </w:r>
    </w:p>
    <w:p/>
    <w:p/>
    <w:p>
      <w:r>
        <w:rPr>
          <w:b/>
          <w:sz w:val="20"/>
        </w:rPr>
        <w:t>Reporting Party Information</w:t>
      </w:r>
    </w:p>
    <w:p>
      <w:r>
        <w:rPr>
          <w:b w:val="0"/>
          <w:sz w:val="20"/>
        </w:rPr>
        <w:t>Full Name: ____________________________________________________________</w:t>
      </w:r>
    </w:p>
    <w:p>
      <w:r>
        <w:rPr>
          <w:b w:val="0"/>
          <w:sz w:val="20"/>
        </w:rPr>
        <w:t>Position/Title: ________________________________________________________</w:t>
      </w:r>
    </w:p>
    <w:p>
      <w:r>
        <w:rPr>
          <w:b w:val="0"/>
          <w:sz w:val="20"/>
        </w:rPr>
        <w:t>Department: ___________________________________________________________</w:t>
      </w:r>
    </w:p>
    <w:p>
      <w:r>
        <w:rPr>
          <w:b w:val="0"/>
          <w:sz w:val="20"/>
        </w:rPr>
        <w:t>Contact Number: _______________________________________________________</w:t>
      </w:r>
    </w:p>
    <w:p>
      <w:r>
        <w:rPr>
          <w:b w:val="0"/>
          <w:sz w:val="20"/>
        </w:rPr>
        <w:t>Email Address: ________________________________________________________</w:t>
      </w:r>
    </w:p>
    <w:p/>
    <w:p>
      <w:r>
        <w:rPr>
          <w:b/>
          <w:sz w:val="20"/>
        </w:rPr>
        <w:t>Incident Details</w:t>
      </w:r>
    </w:p>
    <w:p>
      <w:r>
        <w:rPr>
          <w:b w:val="0"/>
          <w:sz w:val="20"/>
        </w:rPr>
        <w:t>Incident Location: _____________________________________________________</w:t>
      </w:r>
    </w:p>
    <w:p>
      <w:r>
        <w:rPr>
          <w:b w:val="0"/>
          <w:sz w:val="20"/>
        </w:rPr>
        <w:t>Type of Incident: ______________________________________________________</w:t>
      </w:r>
    </w:p>
    <w:p>
      <w:r>
        <w:rPr>
          <w:b w:val="0"/>
          <w:sz w:val="20"/>
        </w:rPr>
        <w:t>Description of Incident:</w:t>
      </w:r>
    </w:p>
    <w:p>
      <w:r>
        <w:t>_______________________________________________________________________</w:t>
        <w:br/>
        <w:t>_______________________________________________________________________</w:t>
        <w:br/>
        <w:t>_______________________________________________________________________</w:t>
        <w:br/>
        <w:t>_______________________________________________________________________</w:t>
        <w:br/>
        <w:t>_______________________________________________________________________</w:t>
        <w:br/>
      </w:r>
    </w:p>
    <w:p/>
    <w:p>
      <w:r>
        <w:rPr>
          <w:b w:val="0"/>
          <w:sz w:val="20"/>
        </w:rPr>
        <w:t>Date of Incident: ______________________________________________________</w:t>
      </w:r>
    </w:p>
    <w:p>
      <w:r>
        <w:rPr>
          <w:b w:val="0"/>
          <w:sz w:val="20"/>
        </w:rPr>
        <w:t>Time of Incident: ______________________________________________________</w:t>
      </w:r>
    </w:p>
    <w:p/>
    <w:p>
      <w:r>
        <w:rPr>
          <w:b/>
          <w:sz w:val="20"/>
        </w:rPr>
        <w:t>Persons Involved</w:t>
      </w:r>
    </w:p>
    <w:tbl>
      <w:tblPr>
        <w:tblStyle w:val="TableGrid"/>
        <w:tblW w:type="auto" w:w="0"/>
        <w:tblLook w:firstColumn="1" w:firstRow="1" w:lastColumn="0" w:lastRow="0" w:noHBand="0" w:noVBand="1" w:val="04A0"/>
      </w:tblPr>
      <w:tblGrid>
        <w:gridCol w:w="3324"/>
        <w:gridCol w:w="3324"/>
        <w:gridCol w:w="3324"/>
      </w:tblGrid>
      <w:tr>
        <w:tc>
          <w:tcPr>
            <w:tcW w:type="dxa" w:w="3324"/>
          </w:tcPr>
          <w:p>
            <w:r>
              <w:t>Name</w:t>
            </w:r>
          </w:p>
        </w:tc>
        <w:tc>
          <w:tcPr>
            <w:tcW w:type="dxa" w:w="3324"/>
          </w:tcPr>
          <w:p>
            <w:r>
              <w:t>Role/Relationship</w:t>
            </w:r>
          </w:p>
        </w:tc>
        <w:tc>
          <w:tcPr>
            <w:tcW w:type="dxa" w:w="3324"/>
          </w:tcPr>
          <w:p>
            <w:r>
              <w:t>Contact Information</w:t>
            </w:r>
          </w:p>
        </w:tc>
      </w:tr>
      <w:tr>
        <w:tc>
          <w:tcPr>
            <w:tcW w:type="dxa" w:w="3324"/>
          </w:tcPr>
          <w:p>
            <w:r/>
          </w:p>
        </w:tc>
        <w:tc>
          <w:tcPr>
            <w:tcW w:type="dxa" w:w="3324"/>
          </w:tcPr>
          <w:p>
            <w:r/>
          </w:p>
        </w:tc>
        <w:tc>
          <w:tcPr>
            <w:tcW w:type="dxa" w:w="3324"/>
          </w:tcPr>
          <w:p>
            <w:r/>
          </w:p>
        </w:tc>
      </w:tr>
      <w:tr>
        <w:tc>
          <w:tcPr>
            <w:tcW w:type="dxa" w:w="3324"/>
          </w:tcPr>
          <w:p>
            <w:r/>
          </w:p>
        </w:tc>
        <w:tc>
          <w:tcPr>
            <w:tcW w:type="dxa" w:w="3324"/>
          </w:tcPr>
          <w:p>
            <w:r/>
          </w:p>
        </w:tc>
        <w:tc>
          <w:tcPr>
            <w:tcW w:type="dxa" w:w="3324"/>
          </w:tcPr>
          <w:p>
            <w:r/>
          </w:p>
        </w:tc>
      </w:tr>
      <w:tr>
        <w:tc>
          <w:tcPr>
            <w:tcW w:type="dxa" w:w="3324"/>
          </w:tcPr>
          <w:p>
            <w:r/>
          </w:p>
        </w:tc>
        <w:tc>
          <w:tcPr>
            <w:tcW w:type="dxa" w:w="3324"/>
          </w:tcPr>
          <w:p>
            <w:r/>
          </w:p>
        </w:tc>
        <w:tc>
          <w:tcPr>
            <w:tcW w:type="dxa" w:w="3324"/>
          </w:tcPr>
          <w:p>
            <w:r/>
          </w:p>
        </w:tc>
      </w:tr>
    </w:tbl>
    <w:p/>
    <w:p>
      <w:r>
        <w:rPr>
          <w:b/>
          <w:sz w:val="20"/>
        </w:rPr>
        <w:t>Witnesses</w:t>
      </w:r>
    </w:p>
    <w:tbl>
      <w:tblPr>
        <w:tblStyle w:val="TableGrid"/>
        <w:tblW w:type="auto" w:w="0"/>
        <w:tblLook w:firstColumn="1" w:firstRow="1" w:lastColumn="0" w:lastRow="0" w:noHBand="0" w:noVBand="1" w:val="04A0"/>
      </w:tblPr>
      <w:tblGrid>
        <w:gridCol w:w="3324"/>
        <w:gridCol w:w="3324"/>
        <w:gridCol w:w="3324"/>
      </w:tblGrid>
      <w:tr>
        <w:tc>
          <w:tcPr>
            <w:tcW w:type="dxa" w:w="3324"/>
          </w:tcPr>
          <w:p>
            <w:r>
              <w:t>Name</w:t>
            </w:r>
          </w:p>
        </w:tc>
        <w:tc>
          <w:tcPr>
            <w:tcW w:type="dxa" w:w="3324"/>
          </w:tcPr>
          <w:p>
            <w:r>
              <w:t>Contact Information</w:t>
            </w:r>
          </w:p>
        </w:tc>
        <w:tc>
          <w:tcPr>
            <w:tcW w:type="dxa" w:w="3324"/>
          </w:tcPr>
          <w:p>
            <w:r>
              <w:t>Statement Summary</w:t>
            </w:r>
          </w:p>
        </w:tc>
      </w:tr>
      <w:tr>
        <w:tc>
          <w:tcPr>
            <w:tcW w:type="dxa" w:w="3324"/>
          </w:tcPr>
          <w:p>
            <w:r/>
          </w:p>
        </w:tc>
        <w:tc>
          <w:tcPr>
            <w:tcW w:type="dxa" w:w="3324"/>
          </w:tcPr>
          <w:p>
            <w:r/>
          </w:p>
        </w:tc>
        <w:tc>
          <w:tcPr>
            <w:tcW w:type="dxa" w:w="3324"/>
          </w:tcPr>
          <w:p>
            <w:r/>
          </w:p>
        </w:tc>
      </w:tr>
      <w:tr>
        <w:tc>
          <w:tcPr>
            <w:tcW w:type="dxa" w:w="3324"/>
          </w:tcPr>
          <w:p>
            <w:r/>
          </w:p>
        </w:tc>
        <w:tc>
          <w:tcPr>
            <w:tcW w:type="dxa" w:w="3324"/>
          </w:tcPr>
          <w:p>
            <w:r/>
          </w:p>
        </w:tc>
        <w:tc>
          <w:tcPr>
            <w:tcW w:type="dxa" w:w="3324"/>
          </w:tcPr>
          <w:p>
            <w:r/>
          </w:p>
        </w:tc>
      </w:tr>
    </w:tbl>
    <w:p/>
    <w:p>
      <w:r>
        <w:rPr>
          <w:b/>
          <w:sz w:val="20"/>
        </w:rPr>
        <w:t>Immediate Actions Taken</w:t>
      </w:r>
    </w:p>
    <w:p>
      <w:r>
        <w:t>_______________________________________________________________________</w:t>
        <w:br/>
        <w:t>_______________________________________________________________________</w:t>
        <w:br/>
        <w:t>_______________________________________________________________________</w:t>
        <w:br/>
        <w:t>_______________________________________________________________________</w:t>
        <w:br/>
      </w:r>
    </w:p>
    <w:p/>
    <w:p>
      <w:r>
        <w:rPr>
          <w:b/>
          <w:sz w:val="20"/>
        </w:rPr>
        <w:t>Injury Information</w:t>
      </w:r>
    </w:p>
    <w:p>
      <w:r>
        <w:rPr>
          <w:b w:val="0"/>
          <w:sz w:val="20"/>
        </w:rPr>
        <w:t>Was medical treatment required? (Yes/No): ________________________________</w:t>
      </w:r>
    </w:p>
    <w:p>
      <w:r>
        <w:rPr>
          <w:b w:val="0"/>
          <w:sz w:val="20"/>
        </w:rPr>
        <w:t>If yes, specify treatment and provider:</w:t>
      </w:r>
    </w:p>
    <w:p>
      <w:r>
        <w:t>_______________________________________________________________________</w:t>
        <w:br/>
        <w:t>_______________________________________________________________________</w:t>
        <w:br/>
        <w:t>_______________________________________________________________________</w:t>
        <w:br/>
      </w:r>
    </w:p>
    <w:p/>
    <w:p>
      <w:r>
        <w:rPr>
          <w:b/>
          <w:sz w:val="20"/>
        </w:rPr>
        <w:t>Equipment or Property Damage</w:t>
      </w:r>
    </w:p>
    <w:p>
      <w:r>
        <w:rPr>
          <w:b w:val="0"/>
          <w:sz w:val="20"/>
        </w:rPr>
        <w:t>Describe any damage to equipment, property, or environment:</w:t>
      </w:r>
    </w:p>
    <w:p>
      <w:r>
        <w:t>_______________________________________________________________________</w:t>
        <w:br/>
        <w:t>_______________________________________________________________________</w:t>
        <w:br/>
        <w:t>_______________________________________________________________________</w:t>
        <w:br/>
        <w:t>_______________________________________________________________________</w:t>
        <w:br/>
      </w:r>
    </w:p>
    <w:p/>
    <w:p>
      <w:r>
        <w:rPr>
          <w:b/>
          <w:sz w:val="20"/>
        </w:rPr>
        <w:t>Incident Causes and Contributing Factors</w:t>
      </w:r>
    </w:p>
    <w:p>
      <w:r>
        <w:t>_______________________________________________________________________</w:t>
        <w:br/>
        <w:t>_______________________________________________________________________</w:t>
        <w:br/>
        <w:t>_______________________________________________________________________</w:t>
        <w:br/>
        <w:t>_______________________________________________________________________</w:t>
        <w:br/>
        <w:t>_______________________________________________________________________</w:t>
        <w:br/>
      </w:r>
    </w:p>
    <w:p/>
    <w:p>
      <w:r>
        <w:rPr>
          <w:b/>
          <w:sz w:val="20"/>
        </w:rPr>
        <w:t>Corrective and Preventive Actions Proposed or Taken</w:t>
      </w:r>
    </w:p>
    <w:p>
      <w:r>
        <w:t>_______________________________________________________________________</w:t>
        <w:br/>
        <w:t>_______________________________________________________________________</w:t>
        <w:br/>
        <w:t>_______________________________________________________________________</w:t>
        <w:br/>
        <w:t>_______________________________________________________________________</w:t>
        <w:br/>
        <w:t>_______________________________________________________________________</w:t>
        <w:br/>
      </w:r>
    </w:p>
    <w:p/>
    <w:p>
      <w:r>
        <w:rPr>
          <w:b/>
          <w:sz w:val="20"/>
        </w:rPr>
        <w:t>Reporting Party Declaration</w:t>
      </w:r>
    </w:p>
    <w:p>
      <w:r>
        <w:rPr>
          <w:b w:val="0"/>
          <w:sz w:val="20"/>
        </w:rPr>
        <w:t>I hereby declare that the information provided in this incident report is true and accurate to the best of my knowledge.</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Reporting Party Signature:</w:t>
            </w:r>
          </w:p>
        </w:tc>
        <w:tc>
          <w:tcPr>
            <w:tcW w:type="dxa" w:w="4986"/>
            <w:tcBorders>
              <w:top w:val="nil"/>
              <w:left w:val="nil"/>
              <w:bottom w:val="nil"/>
              <w:right w:val="nil"/>
              <w:insideH w:val="nil"/>
              <w:insideV w:val="nil"/>
            </w:tcBorders>
          </w:tcPr>
          <w:p>
            <w:pPr>
              <w:jc w:val="left"/>
            </w:pPr>
            <w:r>
              <w:t>Date: ____________________________</w:t>
            </w:r>
          </w:p>
        </w:tc>
      </w:tr>
      <w:tr>
        <w:tc>
          <w:tcPr>
            <w:tcW w:type="dxa" w:w="4986"/>
            <w:tcBorders>
              <w:top w:val="nil"/>
              <w:left w:val="nil"/>
              <w:bottom w:val="nil"/>
              <w:right w:val="nil"/>
              <w:insideH w:val="nil"/>
              <w:insideV w:val="nil"/>
            </w:tcBorders>
          </w:tcPr>
          <w:p>
            <w:pPr>
              <w:jc w:val="left"/>
            </w:pPr>
            <w:r>
              <w:br/>
              <w:br/>
              <w:t>_______________________________</w:t>
            </w:r>
          </w:p>
        </w:tc>
        <w:tc>
          <w:tcPr>
            <w:tcW w:type="dxa" w:w="4986"/>
            <w:tcBorders>
              <w:top w:val="nil"/>
              <w:left w:val="nil"/>
              <w:bottom w:val="nil"/>
              <w:right w:val="nil"/>
              <w:insideH w:val="nil"/>
              <w:insideV w:val="nil"/>
            </w:tcBorders>
          </w:tcPr>
          <w:p>
            <w:pPr>
              <w:jc w:val="left"/>
            </w:pPr>
            <w:r/>
          </w:p>
        </w:tc>
      </w:tr>
    </w:tbl>
    <w:p/>
    <w:p/>
    <w:p>
      <w:r>
        <w:rPr>
          <w:b/>
          <w:sz w:val="20"/>
        </w:rPr>
        <w:t>Supervisor Review</w:t>
      </w:r>
    </w:p>
    <w:p>
      <w:r>
        <w:rPr>
          <w:b w:val="0"/>
          <w:sz w:val="20"/>
        </w:rPr>
        <w:t>Review Comments:</w:t>
      </w:r>
    </w:p>
    <w:p>
      <w:r>
        <w:t>_______________________________________________________________________</w:t>
        <w:br/>
        <w:t>_______________________________________________________________________</w:t>
        <w:br/>
        <w:t>_______________________________________________________________________</w:t>
        <w:br/>
        <w:t>_______________________________________________________________________</w:t>
        <w:br/>
        <w:t>_______________________________________________________________________</w:t>
        <w:br/>
      </w:r>
    </w:p>
    <w:p/>
    <w:p>
      <w:r>
        <w:rPr>
          <w:b w:val="0"/>
          <w:sz w:val="20"/>
        </w:rPr>
        <w:t>Supervisor Recommendation</w:t>
      </w:r>
    </w:p>
    <w:p>
      <w:r>
        <w:t>_______________________________________________________________________</w:t>
        <w:br/>
        <w:t>_______________________________________________________________________</w:t>
        <w:br/>
        <w:t>_______________________________________________________________________</w:t>
        <w:br/>
        <w:t>_______________________________________________________________________</w:t>
        <w:br/>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left"/>
            </w:pPr>
            <w:r>
              <w:t>Supervisor Signature:</w:t>
            </w:r>
          </w:p>
        </w:tc>
        <w:tc>
          <w:tcPr>
            <w:tcW w:type="dxa" w:w="4986"/>
            <w:tcBorders>
              <w:top w:val="nil"/>
              <w:left w:val="nil"/>
              <w:bottom w:val="nil"/>
              <w:right w:val="nil"/>
              <w:insideH w:val="nil"/>
              <w:insideV w:val="nil"/>
            </w:tcBorders>
          </w:tcPr>
          <w:p>
            <w:pPr>
              <w:jc w:val="left"/>
            </w:pPr>
            <w:r>
              <w:t>Date: ____________________________</w:t>
            </w:r>
          </w:p>
        </w:tc>
      </w:tr>
      <w:tr>
        <w:tc>
          <w:tcPr>
            <w:tcW w:type="dxa" w:w="4986"/>
            <w:tcBorders>
              <w:top w:val="nil"/>
              <w:left w:val="nil"/>
              <w:bottom w:val="nil"/>
              <w:right w:val="nil"/>
              <w:insideH w:val="nil"/>
              <w:insideV w:val="nil"/>
            </w:tcBorders>
          </w:tcPr>
          <w:p>
            <w:pPr>
              <w:jc w:val="left"/>
            </w:pPr>
            <w:r>
              <w:br/>
              <w:br/>
              <w:t>_______________________________</w:t>
            </w:r>
          </w:p>
        </w:tc>
        <w:tc>
          <w:tcPr>
            <w:tcW w:type="dxa" w:w="4986"/>
            <w:tcBorders>
              <w:top w:val="nil"/>
              <w:left w:val="nil"/>
              <w:bottom w:val="nil"/>
              <w:right w:val="nil"/>
              <w:insideH w:val="nil"/>
              <w:insideV w:val="nil"/>
            </w:tcBorders>
          </w:tcPr>
          <w:p>
            <w:pPr>
              <w:jc w:val="left"/>
            </w:pPr>
            <w:r/>
          </w:p>
        </w:tc>
      </w:tr>
    </w:tbl>
    <w:p/>
    <w:p/>
    <w:p>
      <w:r>
        <w:rPr>
          <w:b/>
          <w:sz w:val="20"/>
        </w:rPr>
        <w:t>Legal Notice</w:t>
      </w:r>
    </w:p>
    <w:p>
      <w:r>
        <w:rPr>
          <w:b w:val="0"/>
          <w:sz w:val="20"/>
        </w:rPr>
        <w:t>This incident report form is intended to document workplace incidents accurately and comprehensively. All information contained herein is confidential and will be used in accordance with applicable Canadian laws, including privacy legislation. Falsification of information may result in disciplinary action, up to and including termination. Submission of this report does not constitute an admission of liability or fault. The employer commits to investigating all reported incidents promptly and implementing corrective measures as required.</w:t>
      </w:r>
    </w:p>
    <w:p/>
    <w:p/>
    <w:p>
      <w:r>
        <w:br w:type="page"/>
      </w:r>
    </w:p>
    <w:p>
      <w:pPr>
        <w:jc w:val="center"/>
      </w:pPr>
      <w:r>
        <w:rPr>
          <w:color w:val="555555"/>
          <w:sz w:val="24"/>
        </w:rPr>
        <w:t>Original source of this document:</w:t>
      </w:r>
    </w:p>
    <w:p>
      <w:pPr>
        <w:jc w:val="center"/>
      </w:pPr>
      <w:hyperlink r:id="rId9">
        <w:r>
          <w:rPr>
            <w:color w:val="0000FF"/>
            <w:u w:val="single"/>
          </w:rPr>
          <w:t>https://docstemplates-ca.com/incident-report-form/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incident-report-form/"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