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INVOICE</w:t>
      </w:r>
    </w:p>
    <w:p/>
    <w:p/>
    <w:p>
      <w:r>
        <w:rPr>
          <w:b/>
          <w:sz w:val="20"/>
        </w:rPr>
        <w:t>Seller Information:</w:t>
      </w:r>
    </w:p>
    <w:p>
      <w:r>
        <w:rPr>
          <w:b w:val="0"/>
          <w:sz w:val="20"/>
        </w:rPr>
        <w:t>Company Name: __________________________________________________________</w:t>
      </w:r>
    </w:p>
    <w:p>
      <w:r>
        <w:rPr>
          <w:b w:val="0"/>
          <w:sz w:val="20"/>
        </w:rPr>
        <w:t>Business Number (BN): __________________________________________________</w:t>
      </w:r>
    </w:p>
    <w:p>
      <w:r>
        <w:rPr>
          <w:b w:val="0"/>
          <w:sz w:val="20"/>
        </w:rPr>
        <w:t>Address: _______________________________________________________________</w:t>
      </w:r>
    </w:p>
    <w:p>
      <w:r>
        <w:rPr>
          <w:b w:val="0"/>
          <w:sz w:val="20"/>
        </w:rPr>
        <w:t>City: ______________________________ Province: __________ Postal Code: __________</w:t>
      </w:r>
    </w:p>
    <w:p>
      <w:r>
        <w:rPr>
          <w:b w:val="0"/>
          <w:sz w:val="20"/>
        </w:rPr>
        <w:t>Phone: _____________________________ Email: ___________________________</w:t>
      </w:r>
    </w:p>
    <w:p>
      <w:r>
        <w:rPr>
          <w:b w:val="0"/>
          <w:sz w:val="20"/>
        </w:rPr>
        <w:t>Website: _______________________________________________________________</w:t>
      </w:r>
    </w:p>
    <w:p/>
    <w:p>
      <w:r>
        <w:rPr>
          <w:b/>
          <w:sz w:val="20"/>
        </w:rPr>
        <w:t>Buyer Information:</w:t>
      </w:r>
    </w:p>
    <w:p>
      <w:r>
        <w:rPr>
          <w:b w:val="0"/>
          <w:sz w:val="20"/>
        </w:rPr>
        <w:t>Full Name / Company Name: ______________________________________________</w:t>
      </w:r>
    </w:p>
    <w:p>
      <w:r>
        <w:rPr>
          <w:b w:val="0"/>
          <w:sz w:val="20"/>
        </w:rPr>
        <w:t>Address: _______________________________________________________________</w:t>
      </w:r>
    </w:p>
    <w:p>
      <w:r>
        <w:rPr>
          <w:b w:val="0"/>
          <w:sz w:val="20"/>
        </w:rPr>
        <w:t>City: ______________________________ Province: __________ Postal Code: __________</w:t>
      </w:r>
    </w:p>
    <w:p>
      <w:r>
        <w:rPr>
          <w:b w:val="0"/>
          <w:sz w:val="20"/>
        </w:rPr>
        <w:t>Phone: _____________________________ Email: ___________________________</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left"/>
            </w:pPr>
            <w:r>
              <w:rPr>
                <w:sz w:val="20"/>
              </w:rPr>
              <w:t>Invoice Number:</w:t>
            </w:r>
          </w:p>
        </w:tc>
        <w:tc>
          <w:tcPr>
            <w:tcW w:type="dxa" w:w="4986"/>
            <w:tcBorders>
              <w:top w:val="nil"/>
              <w:left w:val="nil"/>
              <w:bottom w:val="nil"/>
              <w:right w:val="nil"/>
              <w:insideH w:val="nil"/>
              <w:insideV w:val="nil"/>
            </w:tcBorders>
          </w:tcPr>
          <w:p>
            <w:pPr>
              <w:jc w:val="left"/>
            </w:pPr>
            <w:r>
              <w:rPr>
                <w:sz w:val="20"/>
              </w:rPr>
              <w:t>_____________________________</w:t>
            </w:r>
          </w:p>
        </w:tc>
      </w:tr>
      <w:tr>
        <w:tc>
          <w:tcPr>
            <w:tcW w:type="dxa" w:w="4986"/>
            <w:tcBorders>
              <w:top w:val="nil"/>
              <w:left w:val="nil"/>
              <w:bottom w:val="nil"/>
              <w:right w:val="nil"/>
              <w:insideH w:val="nil"/>
              <w:insideV w:val="nil"/>
            </w:tcBorders>
          </w:tcPr>
          <w:p>
            <w:pPr>
              <w:jc w:val="left"/>
            </w:pPr>
            <w:r>
              <w:rPr>
                <w:sz w:val="20"/>
              </w:rPr>
              <w:t>Payment Terms:</w:t>
            </w:r>
          </w:p>
        </w:tc>
        <w:tc>
          <w:tcPr>
            <w:tcW w:type="dxa" w:w="4986"/>
            <w:tcBorders>
              <w:top w:val="nil"/>
              <w:left w:val="nil"/>
              <w:bottom w:val="nil"/>
              <w:right w:val="nil"/>
              <w:insideH w:val="nil"/>
              <w:insideV w:val="nil"/>
            </w:tcBorders>
          </w:tcPr>
          <w:p>
            <w:pPr>
              <w:jc w:val="left"/>
            </w:pPr>
            <w:r>
              <w:rPr>
                <w:sz w:val="20"/>
              </w:rPr>
              <w:t>_____________________________</w:t>
            </w:r>
          </w:p>
        </w:tc>
      </w:tr>
      <w:tr>
        <w:tc>
          <w:tcPr>
            <w:tcW w:type="dxa" w:w="4986"/>
            <w:tcBorders>
              <w:top w:val="nil"/>
              <w:left w:val="nil"/>
              <w:bottom w:val="nil"/>
              <w:right w:val="nil"/>
              <w:insideH w:val="nil"/>
              <w:insideV w:val="nil"/>
            </w:tcBorders>
          </w:tcPr>
          <w:p>
            <w:pPr>
              <w:jc w:val="left"/>
            </w:pPr>
            <w:r>
              <w:rPr>
                <w:sz w:val="20"/>
              </w:rPr>
              <w:t>Due Date:</w:t>
            </w:r>
          </w:p>
        </w:tc>
        <w:tc>
          <w:tcPr>
            <w:tcW w:type="dxa" w:w="4986"/>
            <w:tcBorders>
              <w:top w:val="nil"/>
              <w:left w:val="nil"/>
              <w:bottom w:val="nil"/>
              <w:right w:val="nil"/>
              <w:insideH w:val="nil"/>
              <w:insideV w:val="nil"/>
            </w:tcBorders>
          </w:tcPr>
          <w:p>
            <w:pPr>
              <w:jc w:val="left"/>
            </w:pPr>
            <w:r>
              <w:rPr>
                <w:sz w:val="20"/>
              </w:rPr>
              <w:t>_____________________________</w:t>
            </w:r>
          </w:p>
        </w:tc>
      </w:tr>
      <w:tr>
        <w:tc>
          <w:tcPr>
            <w:tcW w:type="dxa" w:w="4986"/>
            <w:tcBorders>
              <w:top w:val="nil"/>
              <w:left w:val="nil"/>
              <w:bottom w:val="nil"/>
              <w:right w:val="nil"/>
              <w:insideH w:val="nil"/>
              <w:insideV w:val="nil"/>
            </w:tcBorders>
          </w:tcPr>
          <w:p>
            <w:pPr>
              <w:jc w:val="left"/>
            </w:pPr>
            <w:r>
              <w:rPr>
                <w:sz w:val="20"/>
              </w:rPr>
              <w:t>Purchase Order No.:</w:t>
            </w:r>
          </w:p>
        </w:tc>
        <w:tc>
          <w:tcPr>
            <w:tcW w:type="dxa" w:w="4986"/>
            <w:tcBorders>
              <w:top w:val="nil"/>
              <w:left w:val="nil"/>
              <w:bottom w:val="nil"/>
              <w:right w:val="nil"/>
              <w:insideH w:val="nil"/>
              <w:insideV w:val="nil"/>
            </w:tcBorders>
          </w:tcPr>
          <w:p>
            <w:pPr>
              <w:jc w:val="left"/>
            </w:pPr>
            <w:r>
              <w:rPr>
                <w:sz w:val="20"/>
              </w:rPr>
              <w:t>_____________________________</w:t>
            </w:r>
          </w:p>
        </w:tc>
      </w:tr>
    </w:tbl>
    <w:p/>
    <w:p/>
    <w:tbl>
      <w:tblPr>
        <w:tblStyle w:val="TableGrid"/>
        <w:tblW w:type="auto" w:w="0"/>
        <w:tblLook w:firstColumn="1" w:firstRow="1" w:lastColumn="0" w:lastRow="0" w:noHBand="0" w:noVBand="1" w:val="04A0"/>
      </w:tblPr>
      <w:tblGrid>
        <w:gridCol w:w="1662"/>
        <w:gridCol w:w="1662"/>
        <w:gridCol w:w="1662"/>
        <w:gridCol w:w="1662"/>
        <w:gridCol w:w="1662"/>
        <w:gridCol w:w="1662"/>
      </w:tblGrid>
      <w:tr>
        <w:tc>
          <w:tcPr>
            <w:tcW w:type="dxa" w:w="1662"/>
          </w:tcPr>
          <w:p>
            <w:pPr>
              <w:jc w:val="center"/>
            </w:pPr>
            <w:r>
              <w:rPr>
                <w:b/>
                <w:sz w:val="20"/>
              </w:rPr>
              <w:t>Item No.</w:t>
            </w:r>
          </w:p>
        </w:tc>
        <w:tc>
          <w:tcPr>
            <w:tcW w:type="dxa" w:w="1662"/>
          </w:tcPr>
          <w:p>
            <w:pPr>
              <w:jc w:val="center"/>
            </w:pPr>
            <w:r>
              <w:rPr>
                <w:b/>
                <w:sz w:val="20"/>
              </w:rPr>
              <w:t>Description</w:t>
            </w:r>
          </w:p>
        </w:tc>
        <w:tc>
          <w:tcPr>
            <w:tcW w:type="dxa" w:w="1662"/>
          </w:tcPr>
          <w:p>
            <w:pPr>
              <w:jc w:val="center"/>
            </w:pPr>
            <w:r>
              <w:rPr>
                <w:b/>
                <w:sz w:val="20"/>
              </w:rPr>
              <w:t>Quantity</w:t>
            </w:r>
          </w:p>
        </w:tc>
        <w:tc>
          <w:tcPr>
            <w:tcW w:type="dxa" w:w="1662"/>
          </w:tcPr>
          <w:p>
            <w:pPr>
              <w:jc w:val="center"/>
            </w:pPr>
            <w:r>
              <w:rPr>
                <w:b/>
                <w:sz w:val="20"/>
              </w:rPr>
              <w:t>Unit Price (CAD)</w:t>
            </w:r>
          </w:p>
        </w:tc>
        <w:tc>
          <w:tcPr>
            <w:tcW w:type="dxa" w:w="1662"/>
          </w:tcPr>
          <w:p>
            <w:pPr>
              <w:jc w:val="center"/>
            </w:pPr>
            <w:r>
              <w:rPr>
                <w:b/>
                <w:sz w:val="20"/>
              </w:rPr>
              <w:t>GST/HST (%)</w:t>
            </w:r>
          </w:p>
        </w:tc>
        <w:tc>
          <w:tcPr>
            <w:tcW w:type="dxa" w:w="1662"/>
          </w:tcPr>
          <w:p>
            <w:pPr>
              <w:jc w:val="center"/>
            </w:pPr>
            <w:r>
              <w:rPr>
                <w:b/>
                <w:sz w:val="20"/>
              </w:rPr>
              <w:t>Total Price (CAD)</w:t>
            </w:r>
          </w:p>
        </w:tc>
      </w:tr>
      <w:tr>
        <w:tc>
          <w:tcPr>
            <w:tcW w:type="dxa" w:w="1662"/>
          </w:tcPr>
          <w:p>
            <w:pPr>
              <w:jc w:val="center"/>
            </w:pPr>
            <w:r>
              <w:rPr>
                <w:sz w:val="20"/>
              </w:rPr>
              <w:t>1</w:t>
            </w:r>
          </w:p>
        </w:tc>
        <w:tc>
          <w:tcPr>
            <w:tcW w:type="dxa" w:w="1662"/>
          </w:tcPr>
          <w:p>
            <w:pPr>
              <w:jc w:val="center"/>
            </w:pPr>
            <w:r>
              <w:rPr>
                <w:sz w:val="20"/>
              </w:rPr>
            </w:r>
          </w:p>
        </w:tc>
        <w:tc>
          <w:tcPr>
            <w:tcW w:type="dxa" w:w="1662"/>
          </w:tcPr>
          <w:p>
            <w:pPr>
              <w:jc w:val="center"/>
            </w:pPr>
            <w:r>
              <w:rPr>
                <w:sz w:val="20"/>
              </w:rPr>
            </w:r>
          </w:p>
        </w:tc>
        <w:tc>
          <w:tcPr>
            <w:tcW w:type="dxa" w:w="1662"/>
          </w:tcPr>
          <w:p>
            <w:pPr>
              <w:jc w:val="center"/>
            </w:pPr>
            <w:r>
              <w:rPr>
                <w:sz w:val="20"/>
              </w:rPr>
            </w:r>
          </w:p>
        </w:tc>
        <w:tc>
          <w:tcPr>
            <w:tcW w:type="dxa" w:w="1662"/>
          </w:tcPr>
          <w:p>
            <w:pPr>
              <w:jc w:val="center"/>
            </w:pPr>
            <w:r>
              <w:rPr>
                <w:sz w:val="20"/>
              </w:rPr>
            </w:r>
          </w:p>
        </w:tc>
        <w:tc>
          <w:tcPr>
            <w:tcW w:type="dxa" w:w="1662"/>
          </w:tcPr>
          <w:p>
            <w:pPr>
              <w:jc w:val="center"/>
            </w:pPr>
            <w:r>
              <w:rPr>
                <w:sz w:val="20"/>
              </w:rPr>
            </w:r>
          </w:p>
        </w:tc>
      </w:tr>
      <w:tr>
        <w:tc>
          <w:tcPr>
            <w:tcW w:type="dxa" w:w="1662"/>
          </w:tcPr>
          <w:p>
            <w:pPr>
              <w:jc w:val="center"/>
            </w:pPr>
            <w:r>
              <w:rPr>
                <w:sz w:val="20"/>
              </w:rPr>
              <w:t>2</w:t>
            </w:r>
          </w:p>
        </w:tc>
        <w:tc>
          <w:tcPr>
            <w:tcW w:type="dxa" w:w="1662"/>
          </w:tcPr>
          <w:p>
            <w:pPr>
              <w:jc w:val="center"/>
            </w:pPr>
            <w:r>
              <w:rPr>
                <w:sz w:val="20"/>
              </w:rPr>
            </w:r>
          </w:p>
        </w:tc>
        <w:tc>
          <w:tcPr>
            <w:tcW w:type="dxa" w:w="1662"/>
          </w:tcPr>
          <w:p>
            <w:pPr>
              <w:jc w:val="center"/>
            </w:pPr>
            <w:r>
              <w:rPr>
                <w:sz w:val="20"/>
              </w:rPr>
            </w:r>
          </w:p>
        </w:tc>
        <w:tc>
          <w:tcPr>
            <w:tcW w:type="dxa" w:w="1662"/>
          </w:tcPr>
          <w:p>
            <w:pPr>
              <w:jc w:val="center"/>
            </w:pPr>
            <w:r>
              <w:rPr>
                <w:sz w:val="20"/>
              </w:rPr>
            </w:r>
          </w:p>
        </w:tc>
        <w:tc>
          <w:tcPr>
            <w:tcW w:type="dxa" w:w="1662"/>
          </w:tcPr>
          <w:p>
            <w:pPr>
              <w:jc w:val="center"/>
            </w:pPr>
            <w:r>
              <w:rPr>
                <w:sz w:val="20"/>
              </w:rPr>
            </w:r>
          </w:p>
        </w:tc>
        <w:tc>
          <w:tcPr>
            <w:tcW w:type="dxa" w:w="1662"/>
          </w:tcPr>
          <w:p>
            <w:pPr>
              <w:jc w:val="center"/>
            </w:pPr>
            <w:r>
              <w:rPr>
                <w:sz w:val="20"/>
              </w:rPr>
            </w:r>
          </w:p>
        </w:tc>
      </w:tr>
      <w:tr>
        <w:tc>
          <w:tcPr>
            <w:tcW w:type="dxa" w:w="1662"/>
          </w:tcPr>
          <w:p>
            <w:pPr>
              <w:jc w:val="center"/>
            </w:pPr>
            <w:r>
              <w:rPr>
                <w:sz w:val="20"/>
              </w:rPr>
              <w:t>3</w:t>
            </w:r>
          </w:p>
        </w:tc>
        <w:tc>
          <w:tcPr>
            <w:tcW w:type="dxa" w:w="1662"/>
          </w:tcPr>
          <w:p>
            <w:pPr>
              <w:jc w:val="center"/>
            </w:pPr>
            <w:r>
              <w:rPr>
                <w:sz w:val="20"/>
              </w:rPr>
            </w:r>
          </w:p>
        </w:tc>
        <w:tc>
          <w:tcPr>
            <w:tcW w:type="dxa" w:w="1662"/>
          </w:tcPr>
          <w:p>
            <w:pPr>
              <w:jc w:val="center"/>
            </w:pPr>
            <w:r>
              <w:rPr>
                <w:sz w:val="20"/>
              </w:rPr>
            </w:r>
          </w:p>
        </w:tc>
        <w:tc>
          <w:tcPr>
            <w:tcW w:type="dxa" w:w="1662"/>
          </w:tcPr>
          <w:p>
            <w:pPr>
              <w:jc w:val="center"/>
            </w:pPr>
            <w:r>
              <w:rPr>
                <w:sz w:val="20"/>
              </w:rPr>
            </w:r>
          </w:p>
        </w:tc>
        <w:tc>
          <w:tcPr>
            <w:tcW w:type="dxa" w:w="1662"/>
          </w:tcPr>
          <w:p>
            <w:pPr>
              <w:jc w:val="center"/>
            </w:pPr>
            <w:r>
              <w:rPr>
                <w:sz w:val="20"/>
              </w:rPr>
            </w:r>
          </w:p>
        </w:tc>
        <w:tc>
          <w:tcPr>
            <w:tcW w:type="dxa" w:w="1662"/>
          </w:tcPr>
          <w:p>
            <w:pPr>
              <w:jc w:val="center"/>
            </w:pPr>
            <w:r>
              <w:rPr>
                <w:sz w:val="20"/>
              </w:rPr>
            </w:r>
          </w:p>
        </w:tc>
      </w:tr>
      <w:tr>
        <w:tc>
          <w:tcPr>
            <w:tcW w:type="dxa" w:w="1662"/>
          </w:tcPr>
          <w:p>
            <w:pPr>
              <w:jc w:val="center"/>
            </w:pPr>
            <w:r>
              <w:rPr>
                <w:sz w:val="20"/>
              </w:rPr>
              <w:t>4</w:t>
            </w:r>
          </w:p>
        </w:tc>
        <w:tc>
          <w:tcPr>
            <w:tcW w:type="dxa" w:w="1662"/>
          </w:tcPr>
          <w:p>
            <w:pPr>
              <w:jc w:val="center"/>
            </w:pPr>
            <w:r>
              <w:rPr>
                <w:sz w:val="20"/>
              </w:rPr>
            </w:r>
          </w:p>
        </w:tc>
        <w:tc>
          <w:tcPr>
            <w:tcW w:type="dxa" w:w="1662"/>
          </w:tcPr>
          <w:p>
            <w:pPr>
              <w:jc w:val="center"/>
            </w:pPr>
            <w:r>
              <w:rPr>
                <w:sz w:val="20"/>
              </w:rPr>
            </w:r>
          </w:p>
        </w:tc>
        <w:tc>
          <w:tcPr>
            <w:tcW w:type="dxa" w:w="1662"/>
          </w:tcPr>
          <w:p>
            <w:pPr>
              <w:jc w:val="center"/>
            </w:pPr>
            <w:r>
              <w:rPr>
                <w:sz w:val="20"/>
              </w:rPr>
            </w:r>
          </w:p>
        </w:tc>
        <w:tc>
          <w:tcPr>
            <w:tcW w:type="dxa" w:w="1662"/>
          </w:tcPr>
          <w:p>
            <w:pPr>
              <w:jc w:val="center"/>
            </w:pPr>
            <w:r>
              <w:rPr>
                <w:sz w:val="20"/>
              </w:rPr>
            </w:r>
          </w:p>
        </w:tc>
        <w:tc>
          <w:tcPr>
            <w:tcW w:type="dxa" w:w="1662"/>
          </w:tcPr>
          <w:p>
            <w:pPr>
              <w:jc w:val="center"/>
            </w:pPr>
            <w:r>
              <w:rPr>
                <w:sz w:val="20"/>
              </w:rPr>
            </w:r>
          </w:p>
        </w:tc>
      </w:tr>
      <w:tr>
        <w:tc>
          <w:tcPr>
            <w:tcW w:type="dxa" w:w="1662"/>
          </w:tcPr>
          <w:p>
            <w:pPr>
              <w:jc w:val="center"/>
            </w:pPr>
            <w:r>
              <w:rPr>
                <w:sz w:val="20"/>
              </w:rPr>
              <w:t>5</w:t>
            </w:r>
          </w:p>
        </w:tc>
        <w:tc>
          <w:tcPr>
            <w:tcW w:type="dxa" w:w="1662"/>
          </w:tcPr>
          <w:p>
            <w:pPr>
              <w:jc w:val="center"/>
            </w:pPr>
            <w:r>
              <w:rPr>
                <w:sz w:val="20"/>
              </w:rPr>
            </w:r>
          </w:p>
        </w:tc>
        <w:tc>
          <w:tcPr>
            <w:tcW w:type="dxa" w:w="1662"/>
          </w:tcPr>
          <w:p>
            <w:pPr>
              <w:jc w:val="center"/>
            </w:pPr>
            <w:r>
              <w:rPr>
                <w:sz w:val="20"/>
              </w:rPr>
            </w:r>
          </w:p>
        </w:tc>
        <w:tc>
          <w:tcPr>
            <w:tcW w:type="dxa" w:w="1662"/>
          </w:tcPr>
          <w:p>
            <w:pPr>
              <w:jc w:val="center"/>
            </w:pPr>
            <w:r>
              <w:rPr>
                <w:sz w:val="20"/>
              </w:rPr>
            </w:r>
          </w:p>
        </w:tc>
        <w:tc>
          <w:tcPr>
            <w:tcW w:type="dxa" w:w="1662"/>
          </w:tcPr>
          <w:p>
            <w:pPr>
              <w:jc w:val="center"/>
            </w:pPr>
            <w:r>
              <w:rPr>
                <w:sz w:val="20"/>
              </w:rPr>
            </w:r>
          </w:p>
        </w:tc>
        <w:tc>
          <w:tcPr>
            <w:tcW w:type="dxa" w:w="1662"/>
          </w:tcPr>
          <w:p>
            <w:pPr>
              <w:jc w:val="center"/>
            </w:pPr>
            <w:r>
              <w:rPr>
                <w:sz w:val="20"/>
              </w:rPr>
            </w:r>
          </w:p>
        </w:tc>
      </w:tr>
      <w:tr>
        <w:tc>
          <w:tcPr>
            <w:tcW w:type="dxa" w:w="1662"/>
          </w:tcPr>
          <w:p>
            <w:pPr>
              <w:jc w:val="center"/>
            </w:pPr>
            <w:r>
              <w:rPr>
                <w:sz w:val="20"/>
              </w:rPr>
              <w:t>6</w:t>
            </w:r>
          </w:p>
        </w:tc>
        <w:tc>
          <w:tcPr>
            <w:tcW w:type="dxa" w:w="1662"/>
          </w:tcPr>
          <w:p>
            <w:pPr>
              <w:jc w:val="center"/>
            </w:pPr>
            <w:r>
              <w:rPr>
                <w:sz w:val="20"/>
              </w:rPr>
            </w:r>
          </w:p>
        </w:tc>
        <w:tc>
          <w:tcPr>
            <w:tcW w:type="dxa" w:w="1662"/>
          </w:tcPr>
          <w:p>
            <w:pPr>
              <w:jc w:val="center"/>
            </w:pPr>
            <w:r>
              <w:rPr>
                <w:sz w:val="20"/>
              </w:rPr>
            </w:r>
          </w:p>
        </w:tc>
        <w:tc>
          <w:tcPr>
            <w:tcW w:type="dxa" w:w="1662"/>
          </w:tcPr>
          <w:p>
            <w:pPr>
              <w:jc w:val="center"/>
            </w:pPr>
            <w:r>
              <w:rPr>
                <w:sz w:val="20"/>
              </w:rPr>
            </w:r>
          </w:p>
        </w:tc>
        <w:tc>
          <w:tcPr>
            <w:tcW w:type="dxa" w:w="1662"/>
          </w:tcPr>
          <w:p>
            <w:pPr>
              <w:jc w:val="center"/>
            </w:pPr>
            <w:r>
              <w:rPr>
                <w:sz w:val="20"/>
              </w:rPr>
            </w:r>
          </w:p>
        </w:tc>
        <w:tc>
          <w:tcPr>
            <w:tcW w:type="dxa" w:w="1662"/>
          </w:tcPr>
          <w:p>
            <w:pPr>
              <w:jc w:val="center"/>
            </w:pPr>
            <w:r>
              <w:rPr>
                <w:sz w:val="20"/>
              </w:rPr>
            </w:r>
          </w:p>
        </w:tc>
      </w:tr>
      <w:tr>
        <w:tc>
          <w:tcPr>
            <w:tcW w:type="dxa" w:w="1662"/>
          </w:tcPr>
          <w:p>
            <w:pPr>
              <w:jc w:val="center"/>
            </w:pPr>
            <w:r>
              <w:rPr>
                <w:sz w:val="20"/>
              </w:rPr>
              <w:t>7</w:t>
            </w:r>
          </w:p>
        </w:tc>
        <w:tc>
          <w:tcPr>
            <w:tcW w:type="dxa" w:w="1662"/>
          </w:tcPr>
          <w:p>
            <w:pPr>
              <w:jc w:val="center"/>
            </w:pPr>
            <w:r>
              <w:rPr>
                <w:sz w:val="20"/>
              </w:rPr>
            </w:r>
          </w:p>
        </w:tc>
        <w:tc>
          <w:tcPr>
            <w:tcW w:type="dxa" w:w="1662"/>
          </w:tcPr>
          <w:p>
            <w:pPr>
              <w:jc w:val="center"/>
            </w:pPr>
            <w:r>
              <w:rPr>
                <w:sz w:val="20"/>
              </w:rPr>
            </w:r>
          </w:p>
        </w:tc>
        <w:tc>
          <w:tcPr>
            <w:tcW w:type="dxa" w:w="1662"/>
          </w:tcPr>
          <w:p>
            <w:pPr>
              <w:jc w:val="center"/>
            </w:pPr>
            <w:r>
              <w:rPr>
                <w:sz w:val="20"/>
              </w:rPr>
            </w:r>
          </w:p>
        </w:tc>
        <w:tc>
          <w:tcPr>
            <w:tcW w:type="dxa" w:w="1662"/>
          </w:tcPr>
          <w:p>
            <w:pPr>
              <w:jc w:val="center"/>
            </w:pPr>
            <w:r>
              <w:rPr>
                <w:sz w:val="20"/>
              </w:rPr>
            </w:r>
          </w:p>
        </w:tc>
        <w:tc>
          <w:tcPr>
            <w:tcW w:type="dxa" w:w="1662"/>
          </w:tcPr>
          <w:p>
            <w:pPr>
              <w:jc w:val="center"/>
            </w:pPr>
            <w:r>
              <w:rPr>
                <w:sz w:val="20"/>
              </w:rPr>
            </w:r>
          </w:p>
        </w:tc>
      </w:tr>
      <w:tr>
        <w:tc>
          <w:tcPr>
            <w:tcW w:type="dxa" w:w="1662"/>
          </w:tcPr>
          <w:p>
            <w:pPr>
              <w:jc w:val="center"/>
            </w:pPr>
            <w:r>
              <w:rPr>
                <w:sz w:val="20"/>
              </w:rPr>
              <w:t>8</w:t>
            </w:r>
          </w:p>
        </w:tc>
        <w:tc>
          <w:tcPr>
            <w:tcW w:type="dxa" w:w="1662"/>
          </w:tcPr>
          <w:p>
            <w:pPr>
              <w:jc w:val="center"/>
            </w:pPr>
            <w:r>
              <w:rPr>
                <w:sz w:val="20"/>
              </w:rPr>
            </w:r>
          </w:p>
        </w:tc>
        <w:tc>
          <w:tcPr>
            <w:tcW w:type="dxa" w:w="1662"/>
          </w:tcPr>
          <w:p>
            <w:pPr>
              <w:jc w:val="center"/>
            </w:pPr>
            <w:r>
              <w:rPr>
                <w:sz w:val="20"/>
              </w:rPr>
            </w:r>
          </w:p>
        </w:tc>
        <w:tc>
          <w:tcPr>
            <w:tcW w:type="dxa" w:w="1662"/>
          </w:tcPr>
          <w:p>
            <w:pPr>
              <w:jc w:val="center"/>
            </w:pPr>
            <w:r>
              <w:rPr>
                <w:sz w:val="20"/>
              </w:rPr>
            </w:r>
          </w:p>
        </w:tc>
        <w:tc>
          <w:tcPr>
            <w:tcW w:type="dxa" w:w="1662"/>
          </w:tcPr>
          <w:p>
            <w:pPr>
              <w:jc w:val="center"/>
            </w:pPr>
            <w:r>
              <w:rPr>
                <w:sz w:val="20"/>
              </w:rPr>
            </w:r>
          </w:p>
        </w:tc>
        <w:tc>
          <w:tcPr>
            <w:tcW w:type="dxa" w:w="1662"/>
          </w:tcPr>
          <w:p>
            <w:pPr>
              <w:jc w:val="center"/>
            </w:pPr>
            <w:r>
              <w:rPr>
                <w:sz w:val="20"/>
              </w:rPr>
            </w:r>
          </w:p>
        </w:tc>
      </w:tr>
      <w:tr>
        <w:tc>
          <w:tcPr>
            <w:tcW w:type="dxa" w:w="1662"/>
          </w:tcPr>
          <w:p>
            <w:pPr>
              <w:jc w:val="center"/>
            </w:pPr>
            <w:r>
              <w:rPr>
                <w:sz w:val="20"/>
              </w:rPr>
              <w:t>9</w:t>
            </w:r>
          </w:p>
        </w:tc>
        <w:tc>
          <w:tcPr>
            <w:tcW w:type="dxa" w:w="1662"/>
          </w:tcPr>
          <w:p>
            <w:pPr>
              <w:jc w:val="center"/>
            </w:pPr>
            <w:r>
              <w:rPr>
                <w:sz w:val="20"/>
              </w:rPr>
            </w:r>
          </w:p>
        </w:tc>
        <w:tc>
          <w:tcPr>
            <w:tcW w:type="dxa" w:w="1662"/>
          </w:tcPr>
          <w:p>
            <w:pPr>
              <w:jc w:val="center"/>
            </w:pPr>
            <w:r>
              <w:rPr>
                <w:sz w:val="20"/>
              </w:rPr>
            </w:r>
          </w:p>
        </w:tc>
        <w:tc>
          <w:tcPr>
            <w:tcW w:type="dxa" w:w="1662"/>
          </w:tcPr>
          <w:p>
            <w:pPr>
              <w:jc w:val="center"/>
            </w:pPr>
            <w:r>
              <w:rPr>
                <w:sz w:val="20"/>
              </w:rPr>
            </w:r>
          </w:p>
        </w:tc>
        <w:tc>
          <w:tcPr>
            <w:tcW w:type="dxa" w:w="1662"/>
          </w:tcPr>
          <w:p>
            <w:pPr>
              <w:jc w:val="center"/>
            </w:pPr>
            <w:r>
              <w:rPr>
                <w:sz w:val="20"/>
              </w:rPr>
            </w:r>
          </w:p>
        </w:tc>
        <w:tc>
          <w:tcPr>
            <w:tcW w:type="dxa" w:w="1662"/>
          </w:tcPr>
          <w:p>
            <w:pPr>
              <w:jc w:val="center"/>
            </w:pPr>
            <w:r>
              <w:rPr>
                <w:sz w:val="20"/>
              </w:rPr>
            </w:r>
          </w:p>
        </w:tc>
      </w:tr>
      <w:tr>
        <w:tc>
          <w:tcPr>
            <w:tcW w:type="dxa" w:w="1662"/>
          </w:tcPr>
          <w:p>
            <w:pPr>
              <w:jc w:val="center"/>
            </w:pPr>
            <w:r>
              <w:rPr>
                <w:sz w:val="20"/>
              </w:rPr>
              <w:t>10</w:t>
            </w:r>
          </w:p>
        </w:tc>
        <w:tc>
          <w:tcPr>
            <w:tcW w:type="dxa" w:w="1662"/>
          </w:tcPr>
          <w:p>
            <w:pPr>
              <w:jc w:val="center"/>
            </w:pPr>
            <w:r>
              <w:rPr>
                <w:sz w:val="20"/>
              </w:rPr>
            </w:r>
          </w:p>
        </w:tc>
        <w:tc>
          <w:tcPr>
            <w:tcW w:type="dxa" w:w="1662"/>
          </w:tcPr>
          <w:p>
            <w:pPr>
              <w:jc w:val="center"/>
            </w:pPr>
            <w:r>
              <w:rPr>
                <w:sz w:val="20"/>
              </w:rPr>
            </w:r>
          </w:p>
        </w:tc>
        <w:tc>
          <w:tcPr>
            <w:tcW w:type="dxa" w:w="1662"/>
          </w:tcPr>
          <w:p>
            <w:pPr>
              <w:jc w:val="center"/>
            </w:pPr>
            <w:r>
              <w:rPr>
                <w:sz w:val="20"/>
              </w:rPr>
            </w:r>
          </w:p>
        </w:tc>
        <w:tc>
          <w:tcPr>
            <w:tcW w:type="dxa" w:w="1662"/>
          </w:tcPr>
          <w:p>
            <w:pPr>
              <w:jc w:val="center"/>
            </w:pPr>
            <w:r>
              <w:rPr>
                <w:sz w:val="20"/>
              </w:rPr>
            </w:r>
          </w:p>
        </w:tc>
        <w:tc>
          <w:tcPr>
            <w:tcW w:type="dxa" w:w="1662"/>
          </w:tcPr>
          <w:p>
            <w:pPr>
              <w:jc w:val="center"/>
            </w:pPr>
            <w:r>
              <w:rPr>
                <w:sz w:val="20"/>
              </w:rPr>
            </w:r>
          </w:p>
        </w:tc>
      </w:tr>
    </w:tbl>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right"/>
            </w:pPr>
            <w:r>
              <w:rPr>
                <w:sz w:val="20"/>
              </w:rPr>
              <w:t>Subtotal (CAD):</w:t>
            </w:r>
          </w:p>
        </w:tc>
        <w:tc>
          <w:tcPr>
            <w:tcW w:type="dxa" w:w="4986"/>
            <w:tcBorders>
              <w:top w:val="nil"/>
              <w:left w:val="nil"/>
              <w:bottom w:val="nil"/>
              <w:right w:val="nil"/>
              <w:insideH w:val="nil"/>
              <w:insideV w:val="nil"/>
            </w:tcBorders>
          </w:tcPr>
          <w:p>
            <w:pPr>
              <w:jc w:val="left"/>
            </w:pPr>
            <w:r>
              <w:rPr>
                <w:sz w:val="20"/>
              </w:rPr>
              <w:t>___________________</w:t>
            </w:r>
          </w:p>
        </w:tc>
      </w:tr>
      <w:tr>
        <w:tc>
          <w:tcPr>
            <w:tcW w:type="dxa" w:w="4986"/>
            <w:tcBorders>
              <w:top w:val="nil"/>
              <w:left w:val="nil"/>
              <w:bottom w:val="nil"/>
              <w:right w:val="nil"/>
              <w:insideH w:val="nil"/>
              <w:insideV w:val="nil"/>
            </w:tcBorders>
          </w:tcPr>
          <w:p>
            <w:pPr>
              <w:jc w:val="right"/>
            </w:pPr>
            <w:r>
              <w:rPr>
                <w:sz w:val="20"/>
              </w:rPr>
              <w:t>GST/HST Amount (CAD):</w:t>
            </w:r>
          </w:p>
        </w:tc>
        <w:tc>
          <w:tcPr>
            <w:tcW w:type="dxa" w:w="4986"/>
            <w:tcBorders>
              <w:top w:val="nil"/>
              <w:left w:val="nil"/>
              <w:bottom w:val="nil"/>
              <w:right w:val="nil"/>
              <w:insideH w:val="nil"/>
              <w:insideV w:val="nil"/>
            </w:tcBorders>
          </w:tcPr>
          <w:p>
            <w:pPr>
              <w:jc w:val="left"/>
            </w:pPr>
            <w:r>
              <w:rPr>
                <w:sz w:val="20"/>
              </w:rPr>
              <w:t>___________________</w:t>
            </w:r>
          </w:p>
        </w:tc>
      </w:tr>
      <w:tr>
        <w:tc>
          <w:tcPr>
            <w:tcW w:type="dxa" w:w="4986"/>
            <w:tcBorders>
              <w:top w:val="nil"/>
              <w:left w:val="nil"/>
              <w:bottom w:val="nil"/>
              <w:right w:val="nil"/>
              <w:insideH w:val="nil"/>
              <w:insideV w:val="nil"/>
            </w:tcBorders>
          </w:tcPr>
          <w:p>
            <w:pPr>
              <w:jc w:val="right"/>
            </w:pPr>
            <w:r>
              <w:rPr>
                <w:sz w:val="20"/>
              </w:rPr>
              <w:t>Other Taxes / Fees (CAD):</w:t>
            </w:r>
          </w:p>
        </w:tc>
        <w:tc>
          <w:tcPr>
            <w:tcW w:type="dxa" w:w="4986"/>
            <w:tcBorders>
              <w:top w:val="nil"/>
              <w:left w:val="nil"/>
              <w:bottom w:val="nil"/>
              <w:right w:val="nil"/>
              <w:insideH w:val="nil"/>
              <w:insideV w:val="nil"/>
            </w:tcBorders>
          </w:tcPr>
          <w:p>
            <w:pPr>
              <w:jc w:val="left"/>
            </w:pPr>
            <w:r>
              <w:rPr>
                <w:sz w:val="20"/>
              </w:rPr>
              <w:t>___________________</w:t>
            </w:r>
          </w:p>
        </w:tc>
      </w:tr>
      <w:tr>
        <w:tc>
          <w:tcPr>
            <w:tcW w:type="dxa" w:w="4986"/>
            <w:tcBorders>
              <w:top w:val="nil"/>
              <w:left w:val="nil"/>
              <w:bottom w:val="nil"/>
              <w:right w:val="nil"/>
              <w:insideH w:val="nil"/>
              <w:insideV w:val="nil"/>
            </w:tcBorders>
          </w:tcPr>
          <w:p>
            <w:pPr>
              <w:jc w:val="right"/>
            </w:pPr>
            <w:r>
              <w:rPr>
                <w:sz w:val="20"/>
              </w:rPr>
              <w:t>TOTAL AMOUNT DUE (CAD):</w:t>
            </w:r>
          </w:p>
        </w:tc>
        <w:tc>
          <w:tcPr>
            <w:tcW w:type="dxa" w:w="4986"/>
            <w:tcBorders>
              <w:top w:val="nil"/>
              <w:left w:val="nil"/>
              <w:bottom w:val="nil"/>
              <w:right w:val="nil"/>
              <w:insideH w:val="nil"/>
              <w:insideV w:val="nil"/>
            </w:tcBorders>
          </w:tcPr>
          <w:p>
            <w:pPr>
              <w:jc w:val="left"/>
            </w:pPr>
            <w:r>
              <w:rPr>
                <w:sz w:val="20"/>
              </w:rPr>
              <w:t>___________________</w:t>
            </w:r>
          </w:p>
        </w:tc>
      </w:tr>
    </w:tbl>
    <w:p/>
    <w:p/>
    <w:p>
      <w:r>
        <w:rPr>
          <w:b/>
          <w:sz w:val="20"/>
        </w:rPr>
        <w:t>Payment Instructions:</w:t>
      </w:r>
    </w:p>
    <w:p>
      <w:r>
        <w:rPr>
          <w:b w:val="0"/>
          <w:sz w:val="20"/>
        </w:rPr>
        <w:t>Please make payments in Canadian Dollars (CAD) via one of the following methods:</w:t>
      </w:r>
    </w:p>
    <w:p>
      <w:r>
        <w:rPr>
          <w:b w:val="0"/>
          <w:sz w:val="20"/>
        </w:rPr>
        <w:t>- Cheque payable to: ______________________________________________</w:t>
      </w:r>
    </w:p>
    <w:p>
      <w:r>
        <w:rPr>
          <w:b w:val="0"/>
          <w:sz w:val="20"/>
        </w:rPr>
        <w:t>- Electronic Funds Transfer (EFT):</w:t>
      </w:r>
    </w:p>
    <w:p>
      <w:r>
        <w:rPr>
          <w:b w:val="0"/>
          <w:sz w:val="20"/>
        </w:rPr>
        <w:t xml:space="preserve">  Bank Name: ___________________________________________________</w:t>
      </w:r>
    </w:p>
    <w:p>
      <w:r>
        <w:rPr>
          <w:b w:val="0"/>
          <w:sz w:val="20"/>
        </w:rPr>
        <w:t xml:space="preserve">  Account Number: _______________________________________________</w:t>
      </w:r>
    </w:p>
    <w:p>
      <w:r>
        <w:rPr>
          <w:b w:val="0"/>
          <w:sz w:val="20"/>
        </w:rPr>
        <w:t xml:space="preserve">  Transit Number: _______________________________________________</w:t>
      </w:r>
    </w:p>
    <w:p>
      <w:r>
        <w:rPr>
          <w:b w:val="0"/>
          <w:sz w:val="20"/>
        </w:rPr>
        <w:t>- Credit Card payment accepted with prior arrangement.</w:t>
      </w:r>
    </w:p>
    <w:p/>
    <w:p>
      <w:r>
        <w:rPr>
          <w:b/>
          <w:sz w:val="20"/>
        </w:rPr>
        <w:t>Legal Notice and Terms:</w:t>
      </w:r>
    </w:p>
    <w:p>
      <w:r>
        <w:rPr>
          <w:b w:val="0"/>
          <w:sz w:val="20"/>
        </w:rPr>
        <w:t>This invoice is issued in accordance with Canadian federal and provincial tax laws. The seller confirms registration for GST/HST and agrees to remit applicable taxes to the Canada Revenue Agency (CRA). The buyer is responsible for payment of the total amount due as indicated, by the agreed due date. Late payments may incur interest charges as permitted by applicable law. All transactions are subject to the terms and conditions agreed upon between the parties. This document serves as a legal and enforceable evidence of the sale and payment obligation.</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rPr>
                <w:sz w:val="20"/>
              </w:rPr>
              <w:t>Authorized Seller Signature</w:t>
            </w:r>
          </w:p>
        </w:tc>
        <w:tc>
          <w:tcPr>
            <w:tcW w:type="dxa" w:w="4986"/>
            <w:tcBorders>
              <w:top w:val="nil"/>
              <w:left w:val="nil"/>
              <w:bottom w:val="nil"/>
              <w:right w:val="nil"/>
              <w:insideH w:val="nil"/>
              <w:insideV w:val="nil"/>
            </w:tcBorders>
          </w:tcPr>
          <w:p>
            <w:pPr>
              <w:jc w:val="center"/>
            </w:pPr>
            <w:r>
              <w:rPr>
                <w:sz w:val="20"/>
              </w:rPr>
              <w:t>Authorized Buyer Signature</w:t>
            </w:r>
          </w:p>
        </w:tc>
      </w:tr>
      <w:tr>
        <w:tc>
          <w:tcPr>
            <w:tcW w:type="dxa" w:w="4986"/>
            <w:tcBorders>
              <w:top w:val="nil"/>
              <w:left w:val="nil"/>
              <w:bottom w:val="nil"/>
              <w:right w:val="nil"/>
              <w:insideH w:val="nil"/>
              <w:insideV w:val="nil"/>
            </w:tcBorders>
          </w:tcPr>
          <w:p>
            <w:pPr>
              <w:jc w:val="center"/>
            </w:pPr>
            <w:r>
              <w:rPr>
                <w:sz w:val="20"/>
              </w:rPr>
              <w:br/>
              <w:br/>
              <w:t>Signature: _____________________________</w:t>
            </w:r>
          </w:p>
        </w:tc>
        <w:tc>
          <w:tcPr>
            <w:tcW w:type="dxa" w:w="4986"/>
            <w:tcBorders>
              <w:top w:val="nil"/>
              <w:left w:val="nil"/>
              <w:bottom w:val="nil"/>
              <w:right w:val="nil"/>
              <w:insideH w:val="nil"/>
              <w:insideV w:val="nil"/>
            </w:tcBorders>
          </w:tcPr>
          <w:p>
            <w:pPr>
              <w:jc w:val="center"/>
            </w:pPr>
            <w:r>
              <w:rPr>
                <w:sz w:val="20"/>
              </w:rPr>
              <w:br/>
              <w:br/>
              <w:t>Signature: _____________________________</w:t>
            </w:r>
          </w:p>
        </w:tc>
      </w:tr>
    </w:tbl>
    <w:p/>
    <w:p/>
    <w:p>
      <w:r>
        <w:rPr>
          <w:b/>
          <w:sz w:val="20"/>
        </w:rPr>
        <w:t>For any questions regarding this invoice, please contact:</w:t>
      </w:r>
    </w:p>
    <w:p>
      <w:r>
        <w:rPr>
          <w:b w:val="0"/>
          <w:sz w:val="20"/>
        </w:rPr>
        <w:t>Name: _______________________________________________________________</w:t>
      </w:r>
    </w:p>
    <w:p>
      <w:r>
        <w:rPr>
          <w:b w:val="0"/>
          <w:sz w:val="20"/>
        </w:rPr>
        <w:t>Phone: _____________________________ Email: __________________________</w:t>
      </w:r>
    </w:p>
    <w:p>
      <w:r>
        <w:rPr>
          <w:b w:val="0"/>
          <w:sz w:val="20"/>
        </w:rPr>
        <w:t>Thank you for your business!</w:t>
      </w:r>
    </w:p>
    <w:p/>
    <w:p>
      <w:r>
        <w:br w:type="page"/>
      </w:r>
    </w:p>
    <w:p>
      <w:pPr>
        <w:jc w:val="center"/>
      </w:pPr>
      <w:r>
        <w:rPr>
          <w:color w:val="555555"/>
          <w:sz w:val="24"/>
        </w:rPr>
        <w:t>Original source of this document:</w:t>
      </w:r>
    </w:p>
    <w:p>
      <w:pPr>
        <w:jc w:val="center"/>
      </w:pPr>
      <w:hyperlink r:id="rId9">
        <w:r>
          <w:rPr>
            <w:color w:val="0000FF"/>
            <w:u w:val="single"/>
          </w:rPr>
          <w:t>https://docstemplates-ca.com/invoice-form/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https://docstemplates-ca.com</w:t>
        </w:r>
      </w:hyperlink>
    </w:p>
    <w:p>
      <w:pPr>
        <w:jc w:val="center"/>
      </w:pPr>
      <w:r>
        <w:rPr>
          <w:color w:val="808080"/>
          <w:sz w:val="20"/>
        </w:rPr>
        <w:t>This template is intended exclusively for personal, non-commercial use.</w:t>
        <w:br/>
        <w:t>If distributed or published, the source must be mentioned. © docstemplates-ca.com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ca.com/invoice-form/" TargetMode="External"/><Relationship Id="rId10" Type="http://schemas.openxmlformats.org/officeDocument/2006/relationships/hyperlink" Target="https://docs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