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LEASE TERMINATION LETTER</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(Rental Unit): 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Subject: Termination of Lease Agreement</w:t>
      </w:r>
    </w:p>
    <w:p/>
    <w:p>
      <w:r>
        <w:rPr>
          <w:b w:val="0"/>
          <w:sz w:val="20"/>
        </w:rPr>
        <w:t>Dear Sir/Madam,</w:t>
      </w:r>
    </w:p>
    <w:p/>
    <w:p>
      <w:r>
        <w:rPr>
          <w:b w:val="0"/>
          <w:sz w:val="20"/>
        </w:rPr>
        <w:t>Please be advised of my intention to terminate the lease agreement relating to the rental unit identified above, governed by the Civil Code of Québec and the Québec Rental Board (Régie du logement). This letter constitutes formal written notice for the termination of the lease.</w:t>
      </w:r>
    </w:p>
    <w:p/>
    <w:p>
      <w:r>
        <w:rPr>
          <w:b/>
          <w:sz w:val="20"/>
        </w:rPr>
        <w:t>Lease Details:</w:t>
      </w:r>
    </w:p>
    <w:p>
      <w:r>
        <w:rPr>
          <w:b w:val="0"/>
          <w:sz w:val="20"/>
        </w:rPr>
        <w:t>Rental Unit Address: _________________________________________________</w:t>
      </w:r>
    </w:p>
    <w:p>
      <w:r>
        <w:rPr>
          <w:b w:val="0"/>
          <w:sz w:val="20"/>
        </w:rPr>
        <w:t>Lease Commencement Date: ____________________________________________</w:t>
      </w:r>
    </w:p>
    <w:p>
      <w:r>
        <w:rPr>
          <w:b w:val="0"/>
          <w:sz w:val="20"/>
        </w:rPr>
        <w:t>Lease Type: __________________________________________________________</w:t>
      </w:r>
    </w:p>
    <w:p>
      <w:r>
        <w:rPr>
          <w:b w:val="0"/>
          <w:sz w:val="20"/>
        </w:rPr>
        <w:t>Monthly Rent Amount: _________________________________________________</w:t>
      </w:r>
    </w:p>
    <w:p>
      <w:r>
        <w:rPr>
          <w:b w:val="0"/>
          <w:sz w:val="20"/>
        </w:rPr>
        <w:t>Security Deposit (if applicable): ______________________________________</w:t>
      </w:r>
    </w:p>
    <w:p/>
    <w:p>
      <w:r>
        <w:rPr>
          <w:b/>
          <w:sz w:val="20"/>
        </w:rPr>
        <w:t>Notice of Termination:</w:t>
      </w:r>
    </w:p>
    <w:p>
      <w:r>
        <w:rPr>
          <w:b w:val="0"/>
          <w:sz w:val="20"/>
        </w:rPr>
        <w:t>In accordance with the provisions of the Civil Code of Québec and applicable Québec rental laws, this notice is provided in compliance with the required notice period.</w:t>
      </w:r>
    </w:p>
    <w:p>
      <w:r>
        <w:rPr>
          <w:b w:val="0"/>
          <w:sz w:val="20"/>
        </w:rPr>
        <w:t>The lease shall terminate on the following date: ______________________________________ (end of lease or date of vacating).</w:t>
      </w:r>
    </w:p>
    <w:p>
      <w:r>
        <w:rPr>
          <w:b w:val="0"/>
          <w:sz w:val="20"/>
        </w:rPr>
        <w:t>Please consider this letter as formal notice of termination, effective as of the date indicated above.</w:t>
      </w:r>
    </w:p>
    <w:p/>
    <w:p>
      <w:r>
        <w:rPr>
          <w:b/>
          <w:sz w:val="20"/>
        </w:rPr>
        <w:t>Tenant Obligations:</w:t>
      </w:r>
    </w:p>
    <w:p>
      <w:r>
        <w:rPr>
          <w:b w:val="0"/>
          <w:sz w:val="20"/>
        </w:rPr>
        <w:t>Prior to vacating the premises, the Tenant undertakes to:</w:t>
      </w:r>
    </w:p>
    <w:p>
      <w:r>
        <w:rPr>
          <w:b w:val="0"/>
          <w:sz w:val="20"/>
        </w:rPr>
        <w:t>- Pay all rent and charges due up to the termination date.</w:t>
      </w:r>
    </w:p>
    <w:p>
      <w:r>
        <w:rPr>
          <w:b w:val="0"/>
          <w:sz w:val="20"/>
        </w:rPr>
        <w:t>- Return the rental unit in clean and good condition, except for normal wear and tear.</w:t>
      </w:r>
    </w:p>
    <w:p>
      <w:r>
        <w:rPr>
          <w:b w:val="0"/>
          <w:sz w:val="20"/>
        </w:rPr>
        <w:t>- Provide access to the Landlord or authorized agents for inspection and showing of the unit, with prior notice as required by law.</w:t>
      </w:r>
    </w:p>
    <w:p>
      <w:r>
        <w:rPr>
          <w:b w:val="0"/>
          <w:sz w:val="20"/>
        </w:rPr>
        <w:t>- Return all keys, garage openers, and any other property belonging to the Landlord.</w:t>
      </w:r>
    </w:p>
    <w:p/>
    <w:p>
      <w:r>
        <w:rPr>
          <w:b/>
          <w:sz w:val="20"/>
        </w:rPr>
        <w:t>Landlord Obligations:</w:t>
      </w:r>
    </w:p>
    <w:p>
      <w:r>
        <w:rPr>
          <w:b w:val="0"/>
          <w:sz w:val="20"/>
        </w:rPr>
        <w:t>The Landlord shall:</w:t>
      </w:r>
    </w:p>
    <w:p>
      <w:r>
        <w:rPr>
          <w:b w:val="0"/>
          <w:sz w:val="20"/>
        </w:rPr>
        <w:t>- Return the security deposit in accordance with applicable laws, net of any deductions for damages or unpaid rent, within the prescribed time frame.</w:t>
      </w:r>
    </w:p>
    <w:p>
      <w:r>
        <w:rPr>
          <w:b w:val="0"/>
          <w:sz w:val="20"/>
        </w:rPr>
        <w:t>- Provide the Tenant with a written statement detailing any deductions from the security deposit.</w:t>
      </w:r>
    </w:p>
    <w:p>
      <w:r>
        <w:rPr>
          <w:b w:val="0"/>
          <w:sz w:val="20"/>
        </w:rPr>
        <w:t>- Respect the Tenant's right to peaceful enjoyment of the premises until the termination date.</w:t>
      </w:r>
    </w:p>
    <w:p/>
    <w:p>
      <w:r>
        <w:rPr>
          <w:b/>
          <w:sz w:val="20"/>
        </w:rPr>
        <w:t>Forwarding Address:</w:t>
      </w:r>
    </w:p>
    <w:p>
      <w:r>
        <w:rPr>
          <w:b w:val="0"/>
          <w:sz w:val="20"/>
        </w:rPr>
        <w:t>Please send any correspondence, including the return of security deposit, to the following forwarding address:</w:t>
      </w:r>
    </w:p>
    <w:p>
      <w:r>
        <w:rPr>
          <w:b w:val="0"/>
          <w:sz w:val="20"/>
        </w:rPr>
        <w:t>___________________________________________________________________</w:t>
      </w:r>
    </w:p>
    <w:p/>
    <w:p>
      <w:r>
        <w:rPr>
          <w:b/>
          <w:sz w:val="20"/>
        </w:rPr>
        <w:t>Final Inspection:</w:t>
      </w:r>
    </w:p>
    <w:p>
      <w:r>
        <w:rPr>
          <w:b w:val="0"/>
          <w:sz w:val="20"/>
        </w:rPr>
        <w:t>The Tenant and Landlord may mutually agree on a date and time to conduct a final inspection of the rental unit prior to the termination date.</w:t>
      </w:r>
    </w:p>
    <w:p>
      <w:r>
        <w:rPr>
          <w:b w:val="0"/>
          <w:sz w:val="20"/>
        </w:rPr>
        <w:t>If mutually agreed, please indicate the proposed date and time: ______________________________</w:t>
      </w:r>
    </w:p>
    <w:p/>
    <w:p>
      <w:r>
        <w:rPr>
          <w:b/>
          <w:sz w:val="20"/>
        </w:rPr>
        <w:t>Dispute Resolution:</w:t>
      </w:r>
    </w:p>
    <w:p>
      <w:r>
        <w:rPr>
          <w:b w:val="0"/>
          <w:sz w:val="20"/>
        </w:rPr>
        <w:t>If any disputes arise related to this lease termination, both parties agree to seek resolution through the Régie du logement or applicable legal channels in accordance with Québec law.</w:t>
      </w:r>
    </w:p>
    <w:p/>
    <w:p>
      <w:r>
        <w:rPr>
          <w:b/>
          <w:sz w:val="20"/>
        </w:rPr>
        <w:t>Confirmation:</w:t>
      </w:r>
    </w:p>
    <w:p>
      <w:r>
        <w:rPr>
          <w:b w:val="0"/>
          <w:sz w:val="20"/>
        </w:rPr>
        <w:t>Please acknowledge receipt of this lease termination notice by signing below and returning a copy to me.</w:t>
      </w:r>
    </w:p>
    <w:p/>
    <w:p/>
    <w:p>
      <w:r>
        <w:rPr>
          <w:b w:val="0"/>
          <w:sz w:val="20"/>
        </w:rPr>
        <w:t>Place of Signing: ____________________________________________</w:t>
      </w:r>
    </w:p>
    <w:p>
      <w:r>
        <w:rPr>
          <w:b w:val="0"/>
          <w:sz w:val="20"/>
        </w:rPr>
        <w:t>Date of Signing: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https://docstemplates-ca.com/lease-termination-letter-quebec/</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lease-termination-letter-quebec/"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