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TO THE CANADA REVENUE AGENCY (CRA)</w:t>
      </w:r>
    </w:p>
    <w:p/>
    <w:p/>
    <w:p>
      <w:r>
        <w:rPr>
          <w:b/>
          <w:sz w:val="20"/>
        </w:rPr>
        <w:t>To:</w:t>
      </w:r>
    </w:p>
    <w:p>
      <w:r>
        <w:rPr>
          <w:b w:val="0"/>
          <w:sz w:val="20"/>
        </w:rPr>
        <w:t>Canada Revenue Agency</w:t>
      </w:r>
    </w:p>
    <w:p>
      <w:r>
        <w:rPr>
          <w:b w:val="0"/>
          <w:sz w:val="20"/>
        </w:rPr>
        <w:t>Address: ________________________________________________________________</w:t>
      </w:r>
    </w:p>
    <w:p>
      <w:r>
        <w:rPr>
          <w:b w:val="0"/>
          <w:sz w:val="20"/>
        </w:rPr>
        <w:t>City, Province, Postal Code: _____________________________________________</w:t>
      </w:r>
    </w:p>
    <w:p/>
    <w:p>
      <w:r>
        <w:rPr>
          <w:b/>
          <w:sz w:val="20"/>
        </w:rPr>
        <w:t>From:</w:t>
      </w:r>
    </w:p>
    <w:p>
      <w:r>
        <w:rPr>
          <w:b w:val="0"/>
          <w:sz w:val="20"/>
        </w:rPr>
        <w:t>Full Name: ______________________________________________________________</w:t>
      </w:r>
    </w:p>
    <w:p>
      <w:r>
        <w:rPr>
          <w:b w:val="0"/>
          <w:sz w:val="20"/>
        </w:rPr>
        <w:t>Social Insurance Number (SIN): ___________________________________________</w:t>
      </w:r>
    </w:p>
    <w:p>
      <w:r>
        <w:rPr>
          <w:b w:val="0"/>
          <w:sz w:val="20"/>
        </w:rPr>
        <w:t>Address: ________________________________________________________________</w:t>
      </w:r>
    </w:p>
    <w:p>
      <w:r>
        <w:rPr>
          <w:b w:val="0"/>
          <w:sz w:val="20"/>
        </w:rPr>
        <w:t>City, Province, Postal Code: _____________________________________________</w:t>
      </w:r>
    </w:p>
    <w:p>
      <w:r>
        <w:rPr>
          <w:b w:val="0"/>
          <w:sz w:val="20"/>
        </w:rPr>
        <w:t>Phone Number: ___________________________________________________________</w:t>
      </w:r>
    </w:p>
    <w:p>
      <w:r>
        <w:rPr>
          <w:b w:val="0"/>
          <w:sz w:val="20"/>
        </w:rPr>
        <w:t>Email Address: ___________________________________________________________</w:t>
      </w:r>
    </w:p>
    <w:p/>
    <w:p/>
    <w:p>
      <w:r>
        <w:rPr>
          <w:b/>
          <w:sz w:val="20"/>
        </w:rPr>
        <w:t>Subject: Notice Regarding [Specify Reason: e.g., Tax Assessment, Appeal, Request for Information]</w:t>
      </w:r>
    </w:p>
    <w:p/>
    <w:p/>
    <w:p>
      <w:r>
        <w:rPr>
          <w:b w:val="0"/>
          <w:sz w:val="20"/>
        </w:rPr>
        <w:t>Dear Sir/Madam,</w:t>
      </w:r>
    </w:p>
    <w:p/>
    <w:p>
      <w:r>
        <w:rPr>
          <w:b w:val="0"/>
          <w:sz w:val="20"/>
        </w:rPr>
        <w:t>I am writing to you in relation to my tax file with the Canada Revenue Agency. The purpose of this letter is to formally communicate the following:</w:t>
      </w:r>
    </w:p>
    <w:p/>
    <w:p>
      <w:r>
        <w:rPr>
          <w:b/>
          <w:sz w:val="20"/>
        </w:rPr>
        <w:t>1. Taxpayer Identification and Personal Details</w:t>
      </w:r>
    </w:p>
    <w:p>
      <w:r>
        <w:rPr>
          <w:b w:val="0"/>
          <w:sz w:val="20"/>
        </w:rPr>
        <w:t>Please find enclosed the necessary identification details to facilitate processing. Should additional information be required, please contact me at the details provided above.</w:t>
      </w:r>
    </w:p>
    <w:p/>
    <w:p>
      <w:r>
        <w:rPr>
          <w:b/>
          <w:sz w:val="20"/>
        </w:rPr>
        <w:t>2. Explanation of the Issue or Request</w:t>
      </w:r>
    </w:p>
    <w:p>
      <w:r>
        <w:rPr>
          <w:b w:val="0"/>
          <w:sz w:val="20"/>
        </w:rPr>
        <w:t>Herein, I describe the matter at hand in detail. This includes any discrepancies, concerns, or requests for clarification related to tax assessments, returns, or other CRA communications. Any relevant documentation supporting this explanation is attached.</w:t>
      </w:r>
    </w:p>
    <w:p/>
    <w:p>
      <w:r>
        <w:rPr>
          <w:b/>
          <w:sz w:val="20"/>
        </w:rPr>
        <w:t>3. Relevant Tax Years and Amounts</w:t>
      </w:r>
    </w:p>
    <w:p>
      <w:r>
        <w:rPr>
          <w:b w:val="0"/>
          <w:sz w:val="20"/>
        </w:rPr>
        <w:t>The tax years concerned are as follows: _____________________________________________________. The amounts or adjustments in question are: _________________________________.</w:t>
      </w:r>
    </w:p>
    <w:p/>
    <w:p>
      <w:r>
        <w:rPr>
          <w:b/>
          <w:sz w:val="20"/>
        </w:rPr>
        <w:t>4. Legal Grounds and Supporting Legislation</w:t>
      </w:r>
    </w:p>
    <w:p>
      <w:r>
        <w:rPr>
          <w:b w:val="0"/>
          <w:sz w:val="20"/>
        </w:rPr>
        <w:t>This letter is submitted in accordance with the provisions of the Income Tax Act (Canada) and applicable CRA guidelines. I rely on these legal frameworks to support my position and request.</w:t>
      </w:r>
    </w:p>
    <w:p/>
    <w:p>
      <w:r>
        <w:rPr>
          <w:b/>
          <w:sz w:val="20"/>
        </w:rPr>
        <w:t>5. Requests and Expectations</w:t>
      </w:r>
    </w:p>
    <w:p>
      <w:r>
        <w:rPr>
          <w:b w:val="0"/>
          <w:sz w:val="20"/>
        </w:rPr>
        <w:t>I respectfully request that the CRA review the provided information and take the appropriate actions, which may include adjustment of assessments, provision of clarifications, or scheduling of meetings if necessary.</w:t>
      </w:r>
    </w:p>
    <w:p/>
    <w:p>
      <w:r>
        <w:rPr>
          <w:b/>
          <w:sz w:val="20"/>
        </w:rPr>
        <w:t>6. Declaration of Truthfulness</w:t>
      </w:r>
    </w:p>
    <w:p>
      <w:r>
        <w:rPr>
          <w:b w:val="0"/>
          <w:sz w:val="20"/>
        </w:rPr>
        <w:t>I declare that all information contained herein is accurate and complete to the best of my knowledge and belief. I understand that providing false information may have legal consequences under Canadian law.</w:t>
      </w:r>
    </w:p>
    <w:p/>
    <w:p>
      <w:r>
        <w:rPr>
          <w:b w:val="0"/>
          <w:sz w:val="20"/>
        </w:rPr>
        <w:t>Thank you for your attention to this matter. I look forward to your timely response.</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Signature: 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r>
        <w:tc>
          <w:tcPr>
            <w:tcW w:type="dxa" w:w="4986"/>
            <w:tcBorders>
              <w:top w:val="nil"/>
              <w:left w:val="nil"/>
              <w:bottom w:val="nil"/>
              <w:right w:val="nil"/>
              <w:insideH w:val="nil"/>
              <w:insideV w:val="nil"/>
            </w:tcBorders>
          </w:tcPr>
          <w:p>
            <w:pPr>
              <w:jc w:val="center"/>
            </w:pPr>
            <w:r>
              <w:t>Printed Name: _________________________</w:t>
            </w:r>
          </w:p>
        </w:tc>
        <w:tc>
          <w:tcPr>
            <w:tcW w:type="dxa" w:w="4986"/>
            <w:tcBorders>
              <w:top w:val="nil"/>
              <w:left w:val="nil"/>
              <w:bottom w:val="nil"/>
              <w:right w:val="nil"/>
              <w:insideH w:val="nil"/>
              <w:insideV w:val="nil"/>
            </w:tcBorders>
          </w:tcPr>
          <w:p>
            <w:pPr>
              <w:jc w:val="center"/>
            </w:pPr>
            <w:r>
              <w:t>Contact Number: _______________________</w:t>
            </w:r>
          </w:p>
        </w:tc>
      </w:tr>
    </w:tbl>
    <w:p/>
    <w:p/>
    <w:p>
      <w:r>
        <w:rPr>
          <w:b/>
          <w:sz w:val="20"/>
        </w:rPr>
        <w:t>Attachments:</w:t>
      </w:r>
    </w:p>
    <w:p>
      <w:r>
        <w:rPr>
          <w:b w:val="0"/>
          <w:sz w:val="20"/>
        </w:rPr>
        <w:t>1. Copy of Notice of Assessment or other CRA correspondence</w:t>
      </w:r>
    </w:p>
    <w:p>
      <w:r>
        <w:rPr>
          <w:b w:val="0"/>
          <w:sz w:val="20"/>
        </w:rPr>
        <w:t>2. Supporting documentation (receipts, statements, letters, etc.)</w:t>
      </w:r>
    </w:p>
    <w:p>
      <w:r>
        <w:rPr>
          <w:b w:val="0"/>
          <w:sz w:val="20"/>
        </w:rPr>
        <w:t>3. Any other relevant documents</w:t>
      </w:r>
    </w:p>
    <w:p/>
    <w:p>
      <w:r>
        <w:rPr>
          <w:b/>
          <w:sz w:val="20"/>
        </w:rPr>
        <w:t>Privacy and Data Protection:</w:t>
      </w:r>
    </w:p>
    <w:p>
      <w:r>
        <w:rPr>
          <w:b w:val="0"/>
          <w:sz w:val="20"/>
        </w:rPr>
        <w:t>All personal information contained in this letter is provided solely for the purpose of processing this request with the Canada Revenue Agency and will be handled in accordance with the Privacy Act and applicable data protection laws in Canada.</w:t>
      </w:r>
    </w:p>
    <w:p/>
    <w:p>
      <w:r>
        <w:rPr>
          <w:b/>
          <w:sz w:val="20"/>
        </w:rPr>
        <w:t>Disclaimer:</w:t>
      </w:r>
    </w:p>
    <w:p>
      <w:r>
        <w:rPr>
          <w:b w:val="0"/>
          <w:sz w:val="20"/>
        </w:rPr>
        <w:t>This letter is intended to communicate factual information and requests related to my tax matters. It does not constitute legal advice. I reserve all rights and remedies available under Canadian law.</w:t>
      </w:r>
    </w:p>
    <w:p/>
    <w:p>
      <w:r>
        <w:br w:type="page"/>
      </w:r>
    </w:p>
    <w:p>
      <w:pPr>
        <w:jc w:val="center"/>
      </w:pPr>
      <w:r>
        <w:rPr>
          <w:color w:val="555555"/>
          <w:sz w:val="24"/>
        </w:rPr>
        <w:t>Original source of this document:</w:t>
      </w:r>
    </w:p>
    <w:p>
      <w:pPr>
        <w:jc w:val="center"/>
      </w:pPr>
      <w:hyperlink r:id="rId9">
        <w:r>
          <w:rPr>
            <w:color w:val="0000FF"/>
            <w:u w:val="single"/>
          </w:rPr>
          <w:t>https://docstemplates-ca.com/letter-to-cra/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letter-to-cra/"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