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MEDICAL INFORMATION AND CONSENT FORM</w:t>
      </w:r>
    </w:p>
    <w:p/>
    <w:p>
      <w:r>
        <w:rPr>
          <w:b/>
          <w:sz w:val="20"/>
        </w:rPr>
        <w:t>Patient Identification:</w:t>
      </w:r>
    </w:p>
    <w:p>
      <w:r>
        <w:rPr>
          <w:b w:val="0"/>
          <w:sz w:val="20"/>
        </w:rPr>
        <w:t>Full Name: ____________________________________________________________</w:t>
      </w:r>
    </w:p>
    <w:p>
      <w:r>
        <w:rPr>
          <w:b w:val="0"/>
          <w:sz w:val="20"/>
        </w:rPr>
        <w:t>Date of Birth (YYYY-MM-DD): __________________________________________</w:t>
      </w:r>
    </w:p>
    <w:p>
      <w:r>
        <w:rPr>
          <w:b w:val="0"/>
          <w:sz w:val="20"/>
        </w:rPr>
        <w:t>Health Card Number: _________________________________________________</w:t>
      </w:r>
    </w:p>
    <w:p>
      <w:r>
        <w:rPr>
          <w:b w:val="0"/>
          <w:sz w:val="20"/>
        </w:rPr>
        <w:t>Phone Number: ______________________________________________________</w:t>
      </w:r>
    </w:p>
    <w:p>
      <w:r>
        <w:rPr>
          <w:b w:val="0"/>
          <w:sz w:val="20"/>
        </w:rPr>
        <w:t>Address: _____________________________________________________________</w:t>
      </w:r>
    </w:p>
    <w:p/>
    <w:p>
      <w:r>
        <w:rPr>
          <w:b/>
          <w:sz w:val="20"/>
        </w:rPr>
        <w:t>Emergency Contact Information:</w:t>
      </w:r>
    </w:p>
    <w:p>
      <w:r>
        <w:rPr>
          <w:b w:val="0"/>
          <w:sz w:val="20"/>
        </w:rPr>
        <w:t>Name: _______________________________________________________________</w:t>
      </w:r>
    </w:p>
    <w:p>
      <w:r>
        <w:rPr>
          <w:b w:val="0"/>
          <w:sz w:val="20"/>
        </w:rPr>
        <w:t>Relationship to Patient: _____________________________________________</w:t>
      </w:r>
    </w:p>
    <w:p>
      <w:r>
        <w:rPr>
          <w:b w:val="0"/>
          <w:sz w:val="20"/>
        </w:rPr>
        <w:t>Phone Number: ______________________________________________________</w:t>
      </w:r>
    </w:p>
    <w:p/>
    <w:p>
      <w:r>
        <w:rPr>
          <w:b/>
          <w:sz w:val="20"/>
        </w:rPr>
        <w:t>Medical History:</w:t>
      </w:r>
    </w:p>
    <w:p>
      <w:r>
        <w:rPr>
          <w:b w:val="0"/>
          <w:sz w:val="20"/>
        </w:rPr>
        <w:t>Please indicate if you have or have had any of the following conditions:</w:t>
      </w:r>
    </w:p>
    <w:p>
      <w:r>
        <w:rPr>
          <w:b w:val="0"/>
          <w:sz w:val="20"/>
        </w:rPr>
        <w:t>[  ] Diabetes</w:t>
      </w:r>
    </w:p>
    <w:p>
      <w:r>
        <w:rPr>
          <w:b w:val="0"/>
          <w:sz w:val="20"/>
        </w:rPr>
        <w:t>[  ] High blood pressure</w:t>
      </w:r>
    </w:p>
    <w:p>
      <w:r>
        <w:rPr>
          <w:b w:val="0"/>
          <w:sz w:val="20"/>
        </w:rPr>
        <w:t>[  ] Heart problems</w:t>
      </w:r>
    </w:p>
    <w:p>
      <w:r>
        <w:rPr>
          <w:b w:val="0"/>
          <w:sz w:val="20"/>
        </w:rPr>
        <w:t>[  ] Asthma or other respiratory issues</w:t>
      </w:r>
    </w:p>
    <w:p>
      <w:r>
        <w:rPr>
          <w:b w:val="0"/>
          <w:sz w:val="20"/>
        </w:rPr>
        <w:t>[  ] Allergies (specify below)</w:t>
      </w:r>
    </w:p>
    <w:p>
      <w:r>
        <w:rPr>
          <w:b w:val="0"/>
          <w:sz w:val="20"/>
        </w:rPr>
        <w:t>[  ] Chronic diseases (specify below)</w:t>
      </w:r>
    </w:p>
    <w:p>
      <w:r>
        <w:rPr>
          <w:b w:val="0"/>
          <w:sz w:val="20"/>
        </w:rPr>
        <w:t>[  ] Surgical history (specify below)</w:t>
      </w:r>
    </w:p>
    <w:p>
      <w:r>
        <w:rPr>
          <w:b w:val="0"/>
          <w:sz w:val="20"/>
        </w:rPr>
        <w:t>[  ] Other significant medical conditions (specify below)</w:t>
      </w:r>
    </w:p>
    <w:p>
      <w:r>
        <w:rPr>
          <w:b w:val="0"/>
          <w:sz w:val="20"/>
        </w:rPr>
        <w:t>If allergies, chronic diseases, surgeries, or other conditions were checked, please specify:</w:t>
      </w:r>
    </w:p>
    <w:p>
      <w:r>
        <w:rPr>
          <w:b w:val="0"/>
          <w:sz w:val="20"/>
        </w:rPr>
        <w:t>______________________________________________________________________</w:t>
      </w:r>
    </w:p>
    <w:p>
      <w:r>
        <w:rPr>
          <w:b w:val="0"/>
          <w:sz w:val="20"/>
        </w:rPr>
        <w:t>______________________________________________________________________</w:t>
      </w:r>
    </w:p>
    <w:p/>
    <w:p>
      <w:r>
        <w:rPr>
          <w:b/>
          <w:sz w:val="20"/>
        </w:rPr>
        <w:t>Current Medications:</w:t>
      </w:r>
    </w:p>
    <w:p>
      <w:r>
        <w:rPr>
          <w:b w:val="0"/>
          <w:sz w:val="20"/>
        </w:rPr>
        <w:t>List all medications, including dosage and frequency:</w:t>
      </w:r>
    </w:p>
    <w:p>
      <w:r>
        <w:rPr>
          <w:b w:val="0"/>
          <w:sz w:val="20"/>
        </w:rPr>
        <w:t>______________________________________________________________________</w:t>
      </w:r>
    </w:p>
    <w:p>
      <w:r>
        <w:rPr>
          <w:b w:val="0"/>
          <w:sz w:val="20"/>
        </w:rPr>
        <w:t>______________________________________________________________________</w:t>
      </w:r>
    </w:p>
    <w:p>
      <w:r>
        <w:rPr>
          <w:b w:val="0"/>
          <w:sz w:val="20"/>
        </w:rPr>
        <w:t>______________________________________________________________________</w:t>
      </w:r>
    </w:p>
    <w:p/>
    <w:p>
      <w:r>
        <w:rPr>
          <w:b/>
          <w:sz w:val="20"/>
        </w:rPr>
        <w:t>Lifestyle Information:</w:t>
      </w:r>
    </w:p>
    <w:p>
      <w:r>
        <w:rPr>
          <w:b w:val="0"/>
          <w:sz w:val="20"/>
        </w:rPr>
        <w:t>Do you smoke? [  ] Yes   [  ] No</w:t>
      </w:r>
    </w:p>
    <w:p>
      <w:r>
        <w:rPr>
          <w:b w:val="0"/>
          <w:sz w:val="20"/>
        </w:rPr>
        <w:t>Do you consume alcohol? [  ] Yes   [  ] No</w:t>
      </w:r>
    </w:p>
    <w:p>
      <w:r>
        <w:rPr>
          <w:b w:val="0"/>
          <w:sz w:val="20"/>
        </w:rPr>
        <w:t>Do you use recreational drugs? [  ] Yes   [  ] No</w:t>
      </w:r>
    </w:p>
    <w:p>
      <w:r>
        <w:rPr>
          <w:b w:val="0"/>
          <w:sz w:val="20"/>
        </w:rPr>
        <w:t>Please specify any additional lifestyle information relevant to your health:</w:t>
      </w:r>
    </w:p>
    <w:p>
      <w:r>
        <w:rPr>
          <w:b w:val="0"/>
          <w:sz w:val="20"/>
        </w:rPr>
        <w:t>______________________________________________________________________</w:t>
      </w:r>
    </w:p>
    <w:p>
      <w:r>
        <w:rPr>
          <w:b w:val="0"/>
          <w:sz w:val="20"/>
        </w:rPr>
        <w:t>______________________________________________________________________</w:t>
      </w:r>
    </w:p>
    <w:p/>
    <w:p>
      <w:r>
        <w:rPr>
          <w:b/>
          <w:sz w:val="20"/>
        </w:rPr>
        <w:t>Consent for Medical Treatment:</w:t>
      </w:r>
    </w:p>
    <w:p>
      <w:r>
        <w:rPr>
          <w:b w:val="0"/>
          <w:sz w:val="20"/>
        </w:rPr>
        <w:t>I, the undersigned, hereby consent to any medical treatment, examination, or procedure deemed necessary by my healthcare provider. I acknowledge that the healthcare provider has explained the nature, purpose, and potential risks of the proposed treatment or procedure.</w:t>
      </w:r>
    </w:p>
    <w:p/>
    <w:p>
      <w:r>
        <w:rPr>
          <w:b/>
          <w:sz w:val="20"/>
        </w:rPr>
        <w:t>Privacy and Confidentiality:</w:t>
      </w:r>
    </w:p>
    <w:p>
      <w:r>
        <w:rPr>
          <w:b w:val="0"/>
          <w:sz w:val="20"/>
        </w:rPr>
        <w:t>I understand that my personal health information will be collected, used, and disclosed in accordance with applicable Canadian privacy laws, including the Personal Information Protection and Electronic Documents Act (PIPEDA) and relevant provincial legislation. I consent to the collection, use, and disclosure of my health information for the purpose of providing medical care and related administrative functions.</w:t>
      </w:r>
    </w:p>
    <w:p/>
    <w:p>
      <w:r>
        <w:rPr>
          <w:b/>
          <w:sz w:val="20"/>
        </w:rPr>
        <w:t>Patient Rights:</w:t>
      </w:r>
    </w:p>
    <w:p>
      <w:r>
        <w:rPr>
          <w:b w:val="0"/>
          <w:sz w:val="20"/>
        </w:rPr>
        <w:t>I understand that I have the right to ask questions about my health, treatment options, and to refuse or withdraw consent at any time, except where otherwise provided by law.</w:t>
      </w:r>
    </w:p>
    <w:p/>
    <w:p>
      <w:r>
        <w:rPr>
          <w:b/>
          <w:sz w:val="20"/>
        </w:rPr>
        <w:t>Liability and Release:</w:t>
      </w:r>
    </w:p>
    <w:p>
      <w:r>
        <w:rPr>
          <w:b w:val="0"/>
          <w:sz w:val="20"/>
        </w:rPr>
        <w:t>I acknowledge that no guarantee or assurance has been made to me as to the results of any treatment or procedure. I agree to release the healthcare provider and affiliated entities from any liability arising from the treatment provided, except in cases of negligence or willful misconduct.</w:t>
      </w:r>
    </w:p>
    <w:p/>
    <w:p>
      <w:r>
        <w:rPr>
          <w:b/>
          <w:sz w:val="20"/>
        </w:rPr>
        <w:t>Signatures:</w:t>
      </w:r>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PATIENT</w:t>
            </w:r>
          </w:p>
        </w:tc>
        <w:tc>
          <w:tcPr>
            <w:tcW w:type="dxa" w:w="4986"/>
            <w:tcBorders>
              <w:top w:val="nil"/>
              <w:left w:val="nil"/>
              <w:bottom w:val="nil"/>
              <w:right w:val="nil"/>
              <w:insideH w:val="nil"/>
              <w:insideV w:val="nil"/>
            </w:tcBorders>
          </w:tcPr>
          <w:p>
            <w:pPr>
              <w:jc w:val="center"/>
            </w:pPr>
            <w:r>
              <w:t>WITNESS (if applicable)</w:t>
            </w:r>
          </w:p>
        </w:tc>
      </w:tr>
      <w:tr>
        <w:tc>
          <w:tcPr>
            <w:tcW w:type="dxa" w:w="4986"/>
            <w:tcBorders>
              <w:top w:val="nil"/>
              <w:left w:val="nil"/>
              <w:bottom w:val="nil"/>
              <w:right w:val="nil"/>
              <w:insideH w:val="nil"/>
              <w:insideV w:val="nil"/>
            </w:tcBorders>
          </w:tcPr>
          <w:p>
            <w:pPr>
              <w:jc w:val="center"/>
            </w:pPr>
            <w:r>
              <w:br/>
              <w:br/>
              <w:t>Signature: _________________________    Date: ______________</w:t>
            </w:r>
          </w:p>
        </w:tc>
        <w:tc>
          <w:tcPr>
            <w:tcW w:type="dxa" w:w="4986"/>
            <w:tcBorders>
              <w:top w:val="nil"/>
              <w:left w:val="nil"/>
              <w:bottom w:val="nil"/>
              <w:right w:val="nil"/>
              <w:insideH w:val="nil"/>
              <w:insideV w:val="nil"/>
            </w:tcBorders>
          </w:tcPr>
          <w:p>
            <w:pPr>
              <w:jc w:val="center"/>
            </w:pPr>
            <w:r>
              <w:br/>
              <w:br/>
              <w:t>Signature: _________________________    Date: ______________</w:t>
            </w:r>
          </w:p>
        </w:tc>
      </w:tr>
      <w:tr>
        <w:tc>
          <w:tcPr>
            <w:tcW w:type="dxa" w:w="4986"/>
            <w:tcBorders>
              <w:top w:val="nil"/>
              <w:left w:val="nil"/>
              <w:bottom w:val="nil"/>
              <w:right w:val="nil"/>
              <w:insideH w:val="nil"/>
              <w:insideV w:val="nil"/>
            </w:tcBorders>
          </w:tcPr>
          <w:p>
            <w:pPr>
              <w:jc w:val="center"/>
            </w:pPr>
            <w:r>
              <w:t>Name (Printed): ________________________________</w:t>
            </w:r>
          </w:p>
        </w:tc>
        <w:tc>
          <w:tcPr>
            <w:tcW w:type="dxa" w:w="4986"/>
            <w:tcBorders>
              <w:top w:val="nil"/>
              <w:left w:val="nil"/>
              <w:bottom w:val="nil"/>
              <w:right w:val="nil"/>
              <w:insideH w:val="nil"/>
              <w:insideV w:val="nil"/>
            </w:tcBorders>
          </w:tcPr>
          <w:p>
            <w:pPr>
              <w:jc w:val="center"/>
            </w:pPr>
            <w:r>
              <w:t>Name (Printed): ________________________________</w:t>
            </w:r>
          </w:p>
        </w:tc>
      </w:tr>
    </w:tbl>
    <w:p/>
    <w:p/>
    <w:p>
      <w:r>
        <w:rPr>
          <w:b/>
          <w:sz w:val="20"/>
        </w:rPr>
        <w:t>Additional Notes:</w:t>
      </w:r>
    </w:p>
    <w:p>
      <w:r>
        <w:rPr>
          <w:b w:val="0"/>
          <w:sz w:val="20"/>
        </w:rPr>
        <w:t>______________________________________________________________________</w:t>
      </w:r>
    </w:p>
    <w:p>
      <w:r>
        <w:rPr>
          <w:b w:val="0"/>
          <w:sz w:val="20"/>
        </w:rPr>
        <w:t>______________________________________________________________________</w:t>
      </w:r>
    </w:p>
    <w:p>
      <w:r>
        <w:rPr>
          <w:b w:val="0"/>
          <w:sz w:val="20"/>
        </w:rPr>
        <w:t>______________________________________________________________________</w:t>
      </w:r>
    </w:p>
    <w:p/>
    <w:p/>
    <w:p>
      <w:r>
        <w:br w:type="page"/>
      </w:r>
    </w:p>
    <w:p>
      <w:pPr>
        <w:jc w:val="center"/>
      </w:pPr>
      <w:r>
        <w:rPr>
          <w:color w:val="555555"/>
          <w:sz w:val="24"/>
        </w:rPr>
        <w:t>Original source of this document:</w:t>
      </w:r>
    </w:p>
    <w:p>
      <w:pPr>
        <w:jc w:val="center"/>
      </w:pPr>
      <w:hyperlink r:id="rId9">
        <w:r>
          <w:rPr>
            <w:color w:val="0000FF"/>
            <w:u w:val="single"/>
          </w:rPr>
          <w:t>https://docstemplates-ca.com/medical-form/</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https://docstemplates-ca.com</w:t>
        </w:r>
      </w:hyperlink>
    </w:p>
    <w:p>
      <w:pPr>
        <w:jc w:val="center"/>
      </w:pPr>
      <w:r>
        <w:rPr>
          <w:color w:val="808080"/>
          <w:sz w:val="20"/>
        </w:rPr>
        <w:t>This template is intended exclusively for personal, non-commercial use.</w:t>
        <w:br/>
        <w:t>If distributed or published, the source must be mentioned. © docstemplates-ca.com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docstemplates-ca.com/medical-form/" TargetMode="External"/><Relationship Id="rId10" Type="http://schemas.openxmlformats.org/officeDocument/2006/relationships/hyperlink" Target="https://docstemplates-ca.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