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NEW HIRE INFORMATION FORM</w:t>
      </w:r>
    </w:p>
    <w:p/>
    <w:p/>
    <w:p>
      <w:r>
        <w:rPr>
          <w:b/>
          <w:sz w:val="20"/>
        </w:rPr>
        <w:t>1. PERSONAL INFORMATION</w:t>
      </w:r>
    </w:p>
    <w:p>
      <w:r>
        <w:rPr>
          <w:b w:val="0"/>
          <w:sz w:val="20"/>
        </w:rPr>
        <w:t>Full Legal Name: _______________________________________________________________</w:t>
      </w:r>
    </w:p>
    <w:p>
      <w:r>
        <w:rPr>
          <w:b w:val="0"/>
          <w:sz w:val="20"/>
        </w:rPr>
        <w:t>Preferred Name (if different): __________________________________________________</w:t>
      </w:r>
    </w:p>
    <w:p>
      <w:r>
        <w:rPr>
          <w:b w:val="0"/>
          <w:sz w:val="20"/>
        </w:rPr>
        <w:t>Date of Birth (YYYY-MM-DD): ____________________________________________________</w:t>
      </w:r>
    </w:p>
    <w:p>
      <w:r>
        <w:rPr>
          <w:b w:val="0"/>
          <w:sz w:val="20"/>
        </w:rPr>
        <w:t>Social Insurance Number (SIN): _________________________________________________</w:t>
      </w:r>
    </w:p>
    <w:p>
      <w:r>
        <w:rPr>
          <w:b w:val="0"/>
          <w:sz w:val="20"/>
        </w:rPr>
        <w:t>Address: ________________________________________________________________________</w:t>
      </w:r>
    </w:p>
    <w:p>
      <w:r>
        <w:rPr>
          <w:b w:val="0"/>
          <w:sz w:val="20"/>
        </w:rPr>
        <w:t>City: _____________________________ Province: ______________ Postal Code: ________</w:t>
      </w:r>
    </w:p>
    <w:p>
      <w:r>
        <w:rPr>
          <w:b w:val="0"/>
          <w:sz w:val="20"/>
        </w:rPr>
        <w:t>Phone Number: _________________________________________________________________</w:t>
      </w:r>
    </w:p>
    <w:p>
      <w:r>
        <w:rPr>
          <w:b w:val="0"/>
          <w:sz w:val="20"/>
        </w:rPr>
        <w:t>Email Address: _________________________________________________________________</w:t>
      </w:r>
    </w:p>
    <w:p/>
    <w:p>
      <w:r>
        <w:rPr>
          <w:b/>
          <w:sz w:val="20"/>
        </w:rPr>
        <w:t>2. EMERGENCY CONTACT INFORMATION</w:t>
      </w:r>
    </w:p>
    <w:p>
      <w:r>
        <w:rPr>
          <w:b w:val="0"/>
          <w:sz w:val="20"/>
        </w:rPr>
        <w:t>Contact Name: _________________________________________________________________</w:t>
      </w:r>
    </w:p>
    <w:p>
      <w:r>
        <w:rPr>
          <w:b w:val="0"/>
          <w:sz w:val="20"/>
        </w:rPr>
        <w:t>Relationship to Employee: ______________________________________________________</w:t>
      </w:r>
    </w:p>
    <w:p>
      <w:r>
        <w:rPr>
          <w:b w:val="0"/>
          <w:sz w:val="20"/>
        </w:rPr>
        <w:t>Phone Number(s): ______________________________________________________________</w:t>
      </w:r>
    </w:p>
    <w:p>
      <w:r>
        <w:rPr>
          <w:b w:val="0"/>
          <w:sz w:val="20"/>
        </w:rPr>
        <w:t>Alternate Phone Number: _______________________________________________________</w:t>
      </w:r>
    </w:p>
    <w:p/>
    <w:p>
      <w:r>
        <w:rPr>
          <w:b/>
          <w:sz w:val="20"/>
        </w:rPr>
        <w:t>3. EMPLOYMENT DETAILS</w:t>
      </w:r>
    </w:p>
    <w:p>
      <w:r>
        <w:rPr>
          <w:b w:val="0"/>
          <w:sz w:val="20"/>
        </w:rPr>
        <w:t>Position Title: _________________________________________________________________</w:t>
      </w:r>
    </w:p>
    <w:p>
      <w:r>
        <w:rPr>
          <w:b w:val="0"/>
          <w:sz w:val="20"/>
        </w:rPr>
        <w:t>Department: ____________________________________________________________________</w:t>
      </w:r>
    </w:p>
    <w:p>
      <w:r>
        <w:rPr>
          <w:b w:val="0"/>
          <w:sz w:val="20"/>
        </w:rPr>
        <w:t>Manager/Supervisor: ____________________________________________________________</w:t>
      </w:r>
    </w:p>
    <w:p>
      <w:r>
        <w:rPr>
          <w:b w:val="0"/>
          <w:sz w:val="20"/>
        </w:rPr>
        <w:t>Employment Type (Full-time / Part-time / Temporary / Contract): _____________________</w:t>
      </w:r>
    </w:p>
    <w:p>
      <w:r>
        <w:rPr>
          <w:b w:val="0"/>
          <w:sz w:val="20"/>
        </w:rPr>
        <w:t>Work Location: _________________________________________________________________</w:t>
      </w:r>
    </w:p>
    <w:p>
      <w:r>
        <w:rPr>
          <w:b w:val="0"/>
          <w:sz w:val="20"/>
        </w:rPr>
        <w:t>Work Phone Number: ____________________________________________________________</w:t>
      </w:r>
    </w:p>
    <w:p/>
    <w:p>
      <w:r>
        <w:rPr>
          <w:b/>
          <w:sz w:val="20"/>
        </w:rPr>
        <w:t>4. BANKING INFORMATION (For Direct Deposit)</w:t>
      </w:r>
    </w:p>
    <w:p>
      <w:r>
        <w:rPr>
          <w:b w:val="0"/>
          <w:sz w:val="20"/>
        </w:rPr>
        <w:t>Bank Name: ____________________________________________________________________</w:t>
      </w:r>
    </w:p>
    <w:p>
      <w:r>
        <w:rPr>
          <w:b w:val="0"/>
          <w:sz w:val="20"/>
        </w:rPr>
        <w:t>Branch Address: ________________________________________________________________</w:t>
      </w:r>
    </w:p>
    <w:p>
      <w:r>
        <w:rPr>
          <w:b w:val="0"/>
          <w:sz w:val="20"/>
        </w:rPr>
        <w:t>Account Holder Name: ___________________________________________________________</w:t>
      </w:r>
    </w:p>
    <w:p>
      <w:r>
        <w:rPr>
          <w:b w:val="0"/>
          <w:sz w:val="20"/>
        </w:rPr>
        <w:t>Account Number: ________________________________________________________________</w:t>
      </w:r>
    </w:p>
    <w:p>
      <w:r>
        <w:rPr>
          <w:b w:val="0"/>
          <w:sz w:val="20"/>
        </w:rPr>
        <w:t>Transit Number: ________________________________________________________________</w:t>
      </w:r>
    </w:p>
    <w:p>
      <w:r>
        <w:rPr>
          <w:b w:val="0"/>
          <w:sz w:val="20"/>
        </w:rPr>
        <w:t>Institution Number: _____________________________________________________________</w:t>
      </w:r>
    </w:p>
    <w:p/>
    <w:p>
      <w:r>
        <w:rPr>
          <w:b/>
          <w:sz w:val="20"/>
        </w:rPr>
        <w:t>5. TAX FORMS AND DECLARATIONS</w:t>
      </w:r>
    </w:p>
    <w:p>
      <w:r>
        <w:rPr>
          <w:b w:val="0"/>
          <w:sz w:val="20"/>
        </w:rPr>
        <w:t>I confirm that I have completed and submitted the appropriate Canadian federal and provincial tax forms, including but not limited to:</w:t>
      </w:r>
    </w:p>
    <w:p>
      <w:r>
        <w:rPr>
          <w:b w:val="0"/>
          <w:sz w:val="20"/>
        </w:rPr>
        <w:t xml:space="preserve"> - TD1 Federal Personal Tax Credits Return</w:t>
      </w:r>
    </w:p>
    <w:p>
      <w:r>
        <w:rPr>
          <w:b w:val="0"/>
          <w:sz w:val="20"/>
        </w:rPr>
        <w:t xml:space="preserve"> - TD1 Provincial or Territorial Personal Tax Credits Return</w:t>
      </w:r>
    </w:p>
    <w:p>
      <w:r>
        <w:rPr>
          <w:b w:val="0"/>
          <w:sz w:val="20"/>
        </w:rPr>
        <w:t>I understand my responsibility to update these forms as required by law.</w:t>
      </w:r>
    </w:p>
    <w:p/>
    <w:p>
      <w:r>
        <w:rPr>
          <w:b/>
          <w:sz w:val="20"/>
        </w:rPr>
        <w:t>6. EMPLOYMENT ELIGIBILITY</w:t>
      </w:r>
    </w:p>
    <w:p>
      <w:r>
        <w:rPr>
          <w:b w:val="0"/>
          <w:sz w:val="20"/>
        </w:rPr>
        <w:t>I declare that I am legally entitled to work in Canada and have provided copies of documents proving my eligibility as per the Immigration, Refugees and Citizenship Canada (IRCC) requirements.</w:t>
      </w:r>
    </w:p>
    <w:p/>
    <w:p>
      <w:r>
        <w:rPr>
          <w:b/>
          <w:sz w:val="20"/>
        </w:rPr>
        <w:t>7. CONFIDENTIALITY AND COMPANY POLICIES</w:t>
      </w:r>
    </w:p>
    <w:p>
      <w:r>
        <w:rPr>
          <w:b w:val="0"/>
          <w:sz w:val="20"/>
        </w:rPr>
        <w:t>I acknowledge that I have received, read, and understood the company's policies and procedures, including those regarding confidentiality, workplace health and safety, harassment prevention, and code of conduct.</w:t>
      </w:r>
    </w:p>
    <w:p>
      <w:r>
        <w:rPr>
          <w:b w:val="0"/>
          <w:sz w:val="20"/>
        </w:rPr>
        <w:t>I agree to adhere to these policies and understand that violation may result in disciplinary action, including termination of employment.</w:t>
      </w:r>
    </w:p>
    <w:p/>
    <w:p>
      <w:r>
        <w:rPr>
          <w:b/>
          <w:sz w:val="20"/>
        </w:rPr>
        <w:t>8. CONSENT AND AUTHORIZATION</w:t>
      </w:r>
    </w:p>
    <w:p>
      <w:r>
        <w:rPr>
          <w:b w:val="0"/>
          <w:sz w:val="20"/>
        </w:rPr>
        <w:t>I authorize the company to collect, use, and disclose my personal information as necessary for employment purposes, including payroll, benefits administration, and compliance with legal obligations under Canadian law.</w:t>
      </w:r>
    </w:p>
    <w:p>
      <w:r>
        <w:rPr>
          <w:b w:val="0"/>
          <w:sz w:val="20"/>
        </w:rPr>
        <w:t>I consent to background checks, reference verification, and any other pre-employment screening required by the employer, consistent with applicable Canadian privacy laws.</w:t>
      </w:r>
    </w:p>
    <w:p/>
    <w:p>
      <w:r>
        <w:rPr>
          <w:b/>
          <w:sz w:val="20"/>
        </w:rPr>
        <w:t>9. ACKNOWLEDGMENT</w:t>
      </w:r>
    </w:p>
    <w:p>
      <w:r>
        <w:rPr>
          <w:b w:val="0"/>
          <w:sz w:val="20"/>
        </w:rPr>
        <w:t>I certify that the information provided in this form is true, complete, and accurate to the best of my knowledge. I understand that providing false or misleading information may result in disciplinary actions, up to and including termination.</w:t>
      </w:r>
    </w:p>
    <w:p/>
    <w:p/>
    <w:p>
      <w:r>
        <w:rPr>
          <w:b w:val="0"/>
          <w:sz w:val="20"/>
        </w:rPr>
        <w:t>Place and date of signature: 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Employee Signature</w:t>
            </w:r>
          </w:p>
        </w:tc>
        <w:tc>
          <w:tcPr>
            <w:tcW w:type="dxa" w:w="4986"/>
            <w:tcBorders>
              <w:top w:val="nil"/>
              <w:left w:val="nil"/>
              <w:bottom w:val="nil"/>
              <w:right w:val="nil"/>
              <w:insideH w:val="nil"/>
              <w:insideV w:val="nil"/>
            </w:tcBorders>
          </w:tcPr>
          <w:p>
            <w:pPr>
              <w:jc w:val="center"/>
            </w:pPr>
            <w:r>
              <w:t>HR Representative Signature</w:t>
            </w:r>
          </w:p>
        </w:tc>
      </w:tr>
      <w:tr>
        <w:tc>
          <w:tcPr>
            <w:tcW w:type="dxa" w:w="4986"/>
            <w:tcBorders>
              <w:top w:val="nil"/>
              <w:left w:val="nil"/>
              <w:bottom w:val="nil"/>
              <w:right w:val="nil"/>
              <w:insideH w:val="nil"/>
              <w:insideV w:val="nil"/>
            </w:tcBorders>
          </w:tcPr>
          <w:p>
            <w:pPr>
              <w:jc w:val="center"/>
            </w:pPr>
            <w:r>
              <w:br/>
              <w:br/>
              <w:t>Signature: ____________________________________</w:t>
            </w:r>
          </w:p>
        </w:tc>
        <w:tc>
          <w:tcPr>
            <w:tcW w:type="dxa" w:w="4986"/>
            <w:tcBorders>
              <w:top w:val="nil"/>
              <w:left w:val="nil"/>
              <w:bottom w:val="nil"/>
              <w:right w:val="nil"/>
              <w:insideH w:val="nil"/>
              <w:insideV w:val="nil"/>
            </w:tcBorders>
          </w:tcPr>
          <w:p>
            <w:pPr>
              <w:jc w:val="center"/>
            </w:pPr>
            <w:r>
              <w:br/>
              <w:br/>
              <w:t>Signature: ____________________________________</w:t>
            </w:r>
          </w:p>
        </w:tc>
      </w:tr>
    </w:tbl>
    <w:p/>
    <w:p/>
    <w:p/>
    <w:p>
      <w:r>
        <w:rPr>
          <w:b/>
          <w:sz w:val="20"/>
        </w:rPr>
        <w:t>PRIVACY NOTICE</w:t>
      </w:r>
    </w:p>
    <w:p>
      <w:r>
        <w:rPr>
          <w:b w:val="0"/>
          <w:sz w:val="20"/>
        </w:rPr>
        <w:t>The collection, use, and disclosure of personal information contained in this form are governed by the Personal Information Protection and Electronic Documents Act (PIPEDA) and applicable provincial privacy laws. Your information will be handled responsibly and only used for legitimate business purposes related to your employment.</w:t>
      </w:r>
    </w:p>
    <w:p>
      <w:r>
        <w:rPr>
          <w:b w:val="0"/>
          <w:sz w:val="20"/>
        </w:rPr>
        <w:t>For questions about the handling of your personal information, please contact the Human Resources department.</w:t>
      </w:r>
    </w:p>
    <w:p/>
    <w:p>
      <w:r>
        <w:br w:type="page"/>
      </w:r>
    </w:p>
    <w:p>
      <w:pPr>
        <w:jc w:val="center"/>
      </w:pPr>
      <w:r>
        <w:rPr>
          <w:color w:val="555555"/>
          <w:sz w:val="24"/>
        </w:rPr>
        <w:t>Original source of this document:</w:t>
      </w:r>
    </w:p>
    <w:p>
      <w:pPr>
        <w:jc w:val="center"/>
      </w:pPr>
      <w:hyperlink r:id="rId9">
        <w:r>
          <w:rPr>
            <w:color w:val="0000FF"/>
            <w:u w:val="single"/>
          </w:rPr>
          <w:t>https://docstemplates-ca.com/new-hire-form/</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https://docstemplates-ca.com</w:t>
        </w:r>
      </w:hyperlink>
    </w:p>
    <w:p>
      <w:pPr>
        <w:jc w:val="center"/>
      </w:pPr>
      <w:r>
        <w:rPr>
          <w:color w:val="808080"/>
          <w:sz w:val="20"/>
        </w:rPr>
        <w:t>This template is intended exclusively for personal, non-commercial use.</w:t>
        <w:br/>
        <w:t>If distributed or published, the source must be mentioned. © docstemplates-ca.com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templates-ca.com/new-hire-form/" TargetMode="External"/><Relationship Id="rId10" Type="http://schemas.openxmlformats.org/officeDocument/2006/relationships/hyperlink" Target="https://docstemplates-c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