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PARENTAL AGREEMENT</w:t>
      </w:r>
    </w:p>
    <w:p/>
    <w:p>
      <w:r>
        <w:rPr>
          <w:b w:val="0"/>
          <w:sz w:val="20"/>
        </w:rPr>
        <w:t>This Parental Agreement is entered into between the undersigned parties, hereinafter referred to as the “Parents”, for the purpose of establishing the rights and responsibilities regarding the care and upbringing of their minor child(ren).</w:t>
      </w:r>
    </w:p>
    <w:p/>
    <w:p/>
    <w:p>
      <w:r>
        <w:rPr>
          <w:b/>
          <w:sz w:val="20"/>
        </w:rPr>
        <w:t>1. PARTIES</w:t>
      </w:r>
    </w:p>
    <w:p>
      <w:r>
        <w:rPr>
          <w:b w:val="0"/>
          <w:sz w:val="20"/>
        </w:rPr>
        <w:t>Parent 1:</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Telephone Number: ______________________________________________________</w:t>
      </w:r>
    </w:p>
    <w:p>
      <w:r>
        <w:rPr>
          <w:b w:val="0"/>
          <w:sz w:val="20"/>
        </w:rPr>
        <w:t>Email Address: __________________________________________________________</w:t>
      </w:r>
    </w:p>
    <w:p/>
    <w:p>
      <w:r>
        <w:rPr>
          <w:b w:val="0"/>
          <w:sz w:val="20"/>
        </w:rPr>
        <w:t>Parent 2:</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Telephone Number: ______________________________________________________</w:t>
      </w:r>
    </w:p>
    <w:p>
      <w:r>
        <w:rPr>
          <w:b w:val="0"/>
          <w:sz w:val="20"/>
        </w:rPr>
        <w:t>Email Address: __________________________________________________________</w:t>
      </w:r>
    </w:p>
    <w:p/>
    <w:p/>
    <w:p>
      <w:r>
        <w:rPr>
          <w:b/>
          <w:sz w:val="20"/>
        </w:rPr>
        <w:t>2. CHILD(REN)</w:t>
      </w:r>
    </w:p>
    <w:p>
      <w:r>
        <w:rPr>
          <w:b w:val="0"/>
          <w:sz w:val="20"/>
        </w:rPr>
        <w:t>The parties are the parents of the following minor child(ren):</w:t>
      </w:r>
    </w:p>
    <w:p>
      <w:r>
        <w:rPr>
          <w:b w:val="0"/>
          <w:sz w:val="20"/>
        </w:rPr>
        <w:t>Full Name(s) and Date(s) of Birth:</w:t>
      </w:r>
    </w:p>
    <w:p>
      <w:r>
        <w:rPr>
          <w:b w:val="0"/>
          <w:sz w:val="20"/>
        </w:rPr>
        <w:t>______________________________________________________________________</w:t>
      </w:r>
    </w:p>
    <w:p>
      <w:r>
        <w:rPr>
          <w:b w:val="0"/>
          <w:sz w:val="20"/>
        </w:rPr>
        <w:t>______________________________________________________________________</w:t>
      </w:r>
    </w:p>
    <w:p/>
    <w:p/>
    <w:p>
      <w:r>
        <w:rPr>
          <w:b/>
          <w:sz w:val="20"/>
        </w:rPr>
        <w:t>3. CUSTODY AND PARENTING TIME</w:t>
      </w:r>
    </w:p>
    <w:p>
      <w:r>
        <w:rPr>
          <w:b w:val="0"/>
          <w:sz w:val="20"/>
        </w:rPr>
        <w:t>a) Custody:</w:t>
      </w:r>
    </w:p>
    <w:p>
      <w:r>
        <w:rPr>
          <w:b w:val="0"/>
          <w:sz w:val="20"/>
        </w:rPr>
        <w:t>The parties agree on the following custody arrangement:</w:t>
      </w:r>
    </w:p>
    <w:p>
      <w:r>
        <w:rPr>
          <w:b w:val="0"/>
          <w:sz w:val="20"/>
        </w:rPr>
        <w:t>______________________________________________________________________</w:t>
      </w:r>
    </w:p>
    <w:p>
      <w:r>
        <w:rPr>
          <w:b w:val="0"/>
          <w:sz w:val="20"/>
        </w:rPr>
        <w:t>______________________________________________________________________</w:t>
      </w:r>
    </w:p>
    <w:p/>
    <w:p>
      <w:r>
        <w:rPr>
          <w:b w:val="0"/>
          <w:sz w:val="20"/>
        </w:rPr>
        <w:t>b) Parenting Time / Visitation Schedule:</w:t>
      </w:r>
    </w:p>
    <w:p>
      <w:r>
        <w:rPr>
          <w:b w:val="0"/>
          <w:sz w:val="20"/>
        </w:rPr>
        <w:t>The parents agree to the following parenting time schedule:</w:t>
      </w:r>
    </w:p>
    <w:p>
      <w:r>
        <w:rPr>
          <w:b w:val="0"/>
          <w:sz w:val="20"/>
        </w:rPr>
        <w:t>______________________________________________________________________</w:t>
      </w:r>
    </w:p>
    <w:p>
      <w:r>
        <w:rPr>
          <w:b w:val="0"/>
          <w:sz w:val="20"/>
        </w:rPr>
        <w:t>______________________________________________________________________</w:t>
      </w:r>
    </w:p>
    <w:p/>
    <w:p>
      <w:r>
        <w:rPr>
          <w:b w:val="0"/>
          <w:sz w:val="20"/>
        </w:rPr>
        <w:t>c) Holiday and Special Occasions:</w:t>
      </w:r>
    </w:p>
    <w:p>
      <w:r>
        <w:rPr>
          <w:b w:val="0"/>
          <w:sz w:val="20"/>
        </w:rPr>
        <w:t>The parties agree to the following arrangements for holidays, birthdays, and special occasions:</w:t>
      </w:r>
    </w:p>
    <w:p>
      <w:r>
        <w:rPr>
          <w:b w:val="0"/>
          <w:sz w:val="20"/>
        </w:rPr>
        <w:t>______________________________________________________________________</w:t>
      </w:r>
    </w:p>
    <w:p>
      <w:r>
        <w:rPr>
          <w:b w:val="0"/>
          <w:sz w:val="20"/>
        </w:rPr>
        <w:t>______________________________________________________________________</w:t>
      </w:r>
    </w:p>
    <w:p/>
    <w:p/>
    <w:p>
      <w:r>
        <w:rPr>
          <w:b/>
          <w:sz w:val="20"/>
        </w:rPr>
        <w:t>4. DECISION MAKING</w:t>
      </w:r>
    </w:p>
    <w:p>
      <w:r>
        <w:rPr>
          <w:b w:val="0"/>
          <w:sz w:val="20"/>
        </w:rPr>
        <w:t>a) Major Decisions:</w:t>
      </w:r>
    </w:p>
    <w:p>
      <w:r>
        <w:rPr>
          <w:b w:val="0"/>
          <w:sz w:val="20"/>
        </w:rPr>
        <w:t>The parents shall jointly make major decisions affecting the child(ren), including but not limited to education, health care, religion, and extracurricular activities.</w:t>
      </w:r>
    </w:p>
    <w:p>
      <w:r>
        <w:rPr>
          <w:b w:val="0"/>
          <w:sz w:val="20"/>
        </w:rPr>
        <w:t>______________________________________________________________________</w:t>
      </w:r>
    </w:p>
    <w:p>
      <w:r>
        <w:rPr>
          <w:b w:val="0"/>
          <w:sz w:val="20"/>
        </w:rPr>
        <w:t>______________________________________________________________________</w:t>
      </w:r>
    </w:p>
    <w:p/>
    <w:p>
      <w:r>
        <w:rPr>
          <w:b w:val="0"/>
          <w:sz w:val="20"/>
        </w:rPr>
        <w:t>b) Day-to-Day Decisions:</w:t>
      </w:r>
    </w:p>
    <w:p>
      <w:r>
        <w:rPr>
          <w:b w:val="0"/>
          <w:sz w:val="20"/>
        </w:rPr>
        <w:t>Day-to-day decisions during the parenting time of each parent shall be made by that parent.</w:t>
      </w:r>
    </w:p>
    <w:p/>
    <w:p/>
    <w:p>
      <w:r>
        <w:rPr>
          <w:b/>
          <w:sz w:val="20"/>
        </w:rPr>
        <w:t>5. CHILD SUPPORT</w:t>
      </w:r>
    </w:p>
    <w:p>
      <w:r>
        <w:rPr>
          <w:b w:val="0"/>
          <w:sz w:val="20"/>
        </w:rPr>
        <w:t>The parties agree that child support shall be determined and paid in accordance with the applicable laws and guidelines of Canada, including the Federal Child Support Guidelines and provincial regulations.</w:t>
      </w:r>
    </w:p>
    <w:p>
      <w:r>
        <w:rPr>
          <w:b w:val="0"/>
          <w:sz w:val="20"/>
        </w:rPr>
        <w:t>If applicable, the paying parent shall provide support as follows:</w:t>
      </w:r>
    </w:p>
    <w:p>
      <w:r>
        <w:rPr>
          <w:b w:val="0"/>
          <w:sz w:val="20"/>
        </w:rPr>
        <w:t>______________________________________________________________________</w:t>
      </w:r>
    </w:p>
    <w:p/>
    <w:p>
      <w:r>
        <w:rPr>
          <w:b w:val="0"/>
          <w:sz w:val="20"/>
        </w:rPr>
        <w:t>Payments shall be made by: ___________________________________________________</w:t>
      </w:r>
    </w:p>
    <w:p>
      <w:r>
        <w:rPr>
          <w:b w:val="0"/>
          <w:sz w:val="20"/>
        </w:rPr>
        <w:t>Frequency of payments: _____________________________________________________</w:t>
      </w:r>
    </w:p>
    <w:p/>
    <w:p/>
    <w:p>
      <w:r>
        <w:rPr>
          <w:b/>
          <w:sz w:val="20"/>
        </w:rPr>
        <w:t>6. EXTRAORDINARY EXPENSES</w:t>
      </w:r>
    </w:p>
    <w:p>
      <w:r>
        <w:rPr>
          <w:b w:val="0"/>
          <w:sz w:val="20"/>
        </w:rPr>
        <w:t>The parents agree to share costs for extraordinary expenses related to the child(ren), including but not limited to medical expenses not covered by insurance, educational fees, and extracurricular activities.</w:t>
      </w:r>
    </w:p>
    <w:p>
      <w:r>
        <w:rPr>
          <w:b w:val="0"/>
          <w:sz w:val="20"/>
        </w:rPr>
        <w:t>The sharing ratio shall be: ________________________________________________</w:t>
      </w:r>
    </w:p>
    <w:p>
      <w:r>
        <w:rPr>
          <w:b w:val="0"/>
          <w:sz w:val="20"/>
        </w:rPr>
        <w:t>Procedure for notification and payment of such expenses:</w:t>
      </w:r>
    </w:p>
    <w:p>
      <w:r>
        <w:rPr>
          <w:b w:val="0"/>
          <w:sz w:val="20"/>
        </w:rPr>
        <w:t>______________________________________________________________________</w:t>
      </w:r>
    </w:p>
    <w:p/>
    <w:p/>
    <w:p>
      <w:r>
        <w:rPr>
          <w:b/>
          <w:sz w:val="20"/>
        </w:rPr>
        <w:t>7. COMMUNICATION</w:t>
      </w:r>
    </w:p>
    <w:p>
      <w:r>
        <w:rPr>
          <w:b w:val="0"/>
          <w:sz w:val="20"/>
        </w:rPr>
        <w:t>The parents agree to communicate respectfully and cooperatively regarding the child(ren)'s welfare and coordinate parenting matters in good faith.</w:t>
      </w:r>
    </w:p>
    <w:p>
      <w:r>
        <w:rPr>
          <w:b w:val="0"/>
          <w:sz w:val="20"/>
        </w:rPr>
        <w:t>Methods of communication agreed upon:</w:t>
      </w:r>
    </w:p>
    <w:p>
      <w:r>
        <w:rPr>
          <w:b w:val="0"/>
          <w:sz w:val="20"/>
        </w:rPr>
        <w:t>______________________________________________________________________</w:t>
      </w:r>
    </w:p>
    <w:p/>
    <w:p/>
    <w:p>
      <w:r>
        <w:rPr>
          <w:b/>
          <w:sz w:val="20"/>
        </w:rPr>
        <w:t>8. RELOCATION</w:t>
      </w:r>
    </w:p>
    <w:p>
      <w:r>
        <w:rPr>
          <w:b w:val="0"/>
          <w:sz w:val="20"/>
        </w:rPr>
        <w:t>Either parent intending to relocate with the child(ren) shall provide reasonable written notice to the other parent, detailing the new location and contact information, and discuss arrangements for parenting time and custody accordingly.</w:t>
      </w:r>
    </w:p>
    <w:p>
      <w:r>
        <w:rPr>
          <w:b w:val="0"/>
          <w:sz w:val="20"/>
        </w:rPr>
        <w:t>______________________________________________________________________</w:t>
      </w:r>
    </w:p>
    <w:p/>
    <w:p/>
    <w:p>
      <w:r>
        <w:rPr>
          <w:b/>
          <w:sz w:val="20"/>
        </w:rPr>
        <w:t>9. DISPUTE RESOLUTION</w:t>
      </w:r>
    </w:p>
    <w:p>
      <w:r>
        <w:rPr>
          <w:b w:val="0"/>
          <w:sz w:val="20"/>
        </w:rPr>
        <w:t>In the event of disagreement arising from this Agreement, the parties agree to attempt to resolve the dispute through mediation prior to seeking formal legal proceedings.</w:t>
      </w:r>
    </w:p>
    <w:p>
      <w:r>
        <w:rPr>
          <w:b w:val="0"/>
          <w:sz w:val="20"/>
        </w:rPr>
        <w:t>Mediation services agreed upon:</w:t>
      </w:r>
    </w:p>
    <w:p>
      <w:r>
        <w:rPr>
          <w:b w:val="0"/>
          <w:sz w:val="20"/>
        </w:rPr>
        <w:t>______________________________________________________________________</w:t>
      </w:r>
    </w:p>
    <w:p/>
    <w:p/>
    <w:p>
      <w:r>
        <w:rPr>
          <w:b/>
          <w:sz w:val="20"/>
        </w:rPr>
        <w:t>10. MODIFICATION AND REVIEW</w:t>
      </w:r>
    </w:p>
    <w:p>
      <w:r>
        <w:rPr>
          <w:b w:val="0"/>
          <w:sz w:val="20"/>
        </w:rPr>
        <w:t>This Agreement may be modified by mutual written consent of both parties. The parties agree to review the Agreement periodically and make changes as the child's needs evolve.</w:t>
      </w:r>
    </w:p>
    <w:p/>
    <w:p/>
    <w:p>
      <w:r>
        <w:rPr>
          <w:b/>
          <w:sz w:val="20"/>
        </w:rPr>
        <w:t>11. LEGAL COMPLIANCE AND ENFORCEABILITY</w:t>
      </w:r>
    </w:p>
    <w:p>
      <w:r>
        <w:rPr>
          <w:b w:val="0"/>
          <w:sz w:val="20"/>
        </w:rPr>
        <w:t>This Agreement is intended to be legally binding and enforceable under the laws of Canada. The parties acknowledge having had the opportunity to seek independent legal advice prior to execution.</w:t>
      </w:r>
    </w:p>
    <w:p>
      <w:r>
        <w:rPr>
          <w:b w:val="0"/>
          <w:sz w:val="20"/>
        </w:rPr>
        <w:t>If any provision is found invalid or unenforceable, the remainder shall continue in full force and effect.</w:t>
      </w:r>
    </w:p>
    <w:p/>
    <w:p/>
    <w:p>
      <w:r>
        <w:rPr>
          <w:b/>
          <w:sz w:val="20"/>
        </w:rPr>
        <w:t>12. SIGNATURES</w:t>
      </w:r>
    </w:p>
    <w:p>
      <w:r>
        <w:rPr>
          <w:b w:val="0"/>
          <w:sz w:val="20"/>
        </w:rPr>
        <w:t>The parties have executed this Parental Agreement voluntarily and with full understanding of its terms and consequences.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 1</w:t>
            </w:r>
          </w:p>
        </w:tc>
        <w:tc>
          <w:tcPr>
            <w:tcW w:type="dxa" w:w="4986"/>
            <w:tcBorders>
              <w:top w:val="nil"/>
              <w:left w:val="nil"/>
              <w:bottom w:val="nil"/>
              <w:right w:val="nil"/>
              <w:insideH w:val="nil"/>
              <w:insideV w:val="nil"/>
            </w:tcBorders>
          </w:tcPr>
          <w:p>
            <w:pPr>
              <w:jc w:val="center"/>
            </w:pPr>
            <w:r>
              <w:t>PARENT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p>
      <w:r>
        <w:rPr>
          <w:b/>
          <w:sz w:val="20"/>
        </w:rPr>
        <w:t>WITNESS</w:t>
      </w:r>
    </w:p>
    <w:p>
      <w:r>
        <w:rPr>
          <w:b w:val="0"/>
          <w:sz w:val="20"/>
        </w:rPr>
        <w:t>Signed in the presence of the undersigned witness who confirms the identity of the parties and the voluntary execution of this Agreement.</w:t>
      </w:r>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Witness Signature: _________________________</w:t>
            </w:r>
          </w:p>
        </w:tc>
      </w:tr>
      <w:tr>
        <w:tc>
          <w:tcPr>
            <w:tcW w:type="dxa" w:w="9972"/>
            <w:tcBorders>
              <w:top w:val="nil"/>
              <w:left w:val="nil"/>
              <w:bottom w:val="nil"/>
              <w:right w:val="nil"/>
              <w:insideH w:val="nil"/>
              <w:insideV w:val="nil"/>
            </w:tcBorders>
          </w:tcPr>
          <w:p>
            <w:pPr>
              <w:jc w:val="left"/>
            </w:pPr>
            <w:r>
              <w:t>Printed Name: ______________________________</w:t>
            </w:r>
          </w:p>
        </w:tc>
      </w:tr>
      <w:tr>
        <w:tc>
          <w:tcPr>
            <w:tcW w:type="dxa" w:w="9972"/>
            <w:tcBorders>
              <w:top w:val="nil"/>
              <w:left w:val="nil"/>
              <w:bottom w:val="nil"/>
              <w:right w:val="nil"/>
              <w:insideH w:val="nil"/>
              <w:insideV w:val="nil"/>
            </w:tcBorders>
          </w:tcPr>
          <w:p>
            <w:pPr>
              <w:jc w:val="left"/>
            </w:pPr>
            <w:r>
              <w:t>Date: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https://docstemplates-ca.com/parental-agreement/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parental-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