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CONTRACT AGREEMENT</w:t>
      </w:r>
    </w:p>
    <w:p/>
    <w:p>
      <w:r>
        <w:rPr>
          <w:b/>
          <w:sz w:val="20"/>
        </w:rPr>
        <w:t>PARTIES:</w:t>
      </w:r>
    </w:p>
    <w:p>
      <w:r>
        <w:rPr>
          <w:b w:val="0"/>
          <w:sz w:val="20"/>
        </w:rPr>
        <w:t>This Payment Contract Agreement (“Agreement”) is entered into by and between:</w:t>
      </w:r>
    </w:p>
    <w:p>
      <w:r>
        <w:rPr>
          <w:b w:val="0"/>
          <w:sz w:val="20"/>
        </w:rPr>
        <w:t>Payee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r>
    </w:p>
    <w:p>
      <w:r>
        <w:rPr>
          <w:b w:val="0"/>
          <w:sz w:val="20"/>
        </w:rPr>
        <w:t>and</w:t>
      </w:r>
    </w:p>
    <w:p>
      <w:r>
        <w:rPr>
          <w:b w:val="0"/>
          <w:sz w:val="20"/>
        </w:rPr>
      </w:r>
    </w:p>
    <w:p>
      <w:r>
        <w:rPr>
          <w:b w:val="0"/>
          <w:sz w:val="20"/>
        </w:rPr>
        <w:t>Payer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RECITALS</w:t>
      </w:r>
    </w:p>
    <w:p>
      <w:r>
        <w:rPr>
          <w:b w:val="0"/>
          <w:sz w:val="20"/>
        </w:rPr>
        <w:t>WHEREAS, the Payee is entitled to receive certain payments from the Payer;</w:t>
      </w:r>
    </w:p>
    <w:p>
      <w:r>
        <w:rPr>
          <w:b w:val="0"/>
          <w:sz w:val="20"/>
        </w:rPr>
        <w:t>WHEREAS, the Parties desire to set forth the terms and conditions governing such payments;</w:t>
      </w:r>
    </w:p>
    <w:p>
      <w:r>
        <w:rPr>
          <w:b w:val="0"/>
          <w:sz w:val="20"/>
        </w:rPr>
        <w:t>NOW, THEREFORE, in consideration of the mutual covenants contained herein, the Parties agree as follows:</w:t>
      </w:r>
    </w:p>
    <w:p/>
    <w:p>
      <w:r>
        <w:rPr>
          <w:b/>
          <w:sz w:val="20"/>
        </w:rPr>
        <w:t>1. Payment Details</w:t>
      </w:r>
    </w:p>
    <w:p>
      <w:r>
        <w:rPr>
          <w:b w:val="0"/>
          <w:sz w:val="20"/>
        </w:rPr>
        <w:t>1.1 Payment Amount:</w:t>
      </w:r>
    </w:p>
    <w:p>
      <w:r>
        <w:rPr>
          <w:b w:val="0"/>
          <w:sz w:val="20"/>
        </w:rPr>
        <w:t>The Payer agrees to pay the Payee the total amount of ______________ CAD (Canadian Dollars) (the “Payment Amount”).</w:t>
      </w:r>
    </w:p>
    <w:p>
      <w:r>
        <w:rPr>
          <w:b w:val="0"/>
          <w:sz w:val="20"/>
        </w:rPr>
        <w:t>1.2 Payment Schedule:</w:t>
      </w:r>
    </w:p>
    <w:p>
      <w:r>
        <w:rPr>
          <w:b w:val="0"/>
          <w:sz w:val="20"/>
        </w:rPr>
        <w:t>Payments shall be made according to the following schedule:</w:t>
      </w:r>
    </w:p>
    <w:p>
      <w:r>
        <w:rPr>
          <w:b w:val="0"/>
          <w:sz w:val="20"/>
        </w:rPr>
        <w:t>- Initial Payment: ______________ CAD upon execution of this Agreement.</w:t>
      </w:r>
    </w:p>
    <w:p>
      <w:r>
        <w:rPr>
          <w:b w:val="0"/>
          <w:sz w:val="20"/>
        </w:rPr>
        <w:t>- Subsequent Payments: ______________ CAD on the following dates: ___________________________________________.</w:t>
      </w:r>
    </w:p>
    <w:p>
      <w:r>
        <w:rPr>
          <w:b w:val="0"/>
          <w:sz w:val="20"/>
        </w:rPr>
        <w:t>1.3 Method of Payment:</w:t>
      </w:r>
    </w:p>
    <w:p>
      <w:r>
        <w:rPr>
          <w:b w:val="0"/>
          <w:sz w:val="20"/>
        </w:rPr>
        <w:t>Payments shall be made via ______________________________________________________________ (e.g., bank transfer, cheque, etc.).</w:t>
      </w:r>
    </w:p>
    <w:p>
      <w:r>
        <w:rPr>
          <w:b w:val="0"/>
          <w:sz w:val="20"/>
        </w:rPr>
        <w:t>1.4 Late Payment:</w:t>
      </w:r>
    </w:p>
    <w:p>
      <w:r>
        <w:rPr>
          <w:b w:val="0"/>
          <w:sz w:val="20"/>
        </w:rPr>
        <w:t>If any payment is not received by the due date, the Payer shall be considered in default and may be subject to interest charges at the rate of __________% per annum, calculated daily from the due date until payment is received in full.</w:t>
      </w:r>
    </w:p>
    <w:p/>
    <w:p>
      <w:r>
        <w:rPr>
          <w:b/>
          <w:sz w:val="20"/>
        </w:rPr>
        <w:t>2. Obligations of the Parties</w:t>
      </w:r>
    </w:p>
    <w:p>
      <w:r>
        <w:rPr>
          <w:b w:val="0"/>
          <w:sz w:val="20"/>
        </w:rPr>
        <w:t>2.1 Payer's Obligations:</w:t>
      </w:r>
    </w:p>
    <w:p>
      <w:r>
        <w:rPr>
          <w:b w:val="0"/>
          <w:sz w:val="20"/>
        </w:rPr>
        <w:t>The Payer shall pay the Payment Amount in accordance with the schedule and method described herein and shall notify the Payee promptly of any circumstances that may delay payment.</w:t>
      </w:r>
    </w:p>
    <w:p>
      <w:r>
        <w:rPr>
          <w:b w:val="0"/>
          <w:sz w:val="20"/>
        </w:rPr>
        <w:t>2.2 Payee's Obligations:</w:t>
      </w:r>
    </w:p>
    <w:p>
      <w:r>
        <w:rPr>
          <w:b w:val="0"/>
          <w:sz w:val="20"/>
        </w:rPr>
        <w:t>The Payee shall provide any necessary invoices, receipts, or documentation related to the payments and shall acknowledge receipt of payments promptly.</w:t>
      </w:r>
    </w:p>
    <w:p/>
    <w:p>
      <w:r>
        <w:rPr>
          <w:b/>
          <w:sz w:val="20"/>
        </w:rPr>
        <w:t>3. Term and Termination</w:t>
      </w:r>
    </w:p>
    <w:p>
      <w:r>
        <w:rPr>
          <w:b w:val="0"/>
          <w:sz w:val="20"/>
        </w:rPr>
        <w:t>3.1 Term:</w:t>
      </w:r>
    </w:p>
    <w:p>
      <w:r>
        <w:rPr>
          <w:b w:val="0"/>
          <w:sz w:val="20"/>
        </w:rPr>
        <w:t>This Agreement shall commence upon signature by both Parties and shall remain in effect until all payment obligations have been fulfilled unless terminated earlier as provided herein.</w:t>
      </w:r>
    </w:p>
    <w:p>
      <w:r>
        <w:rPr>
          <w:b w:val="0"/>
          <w:sz w:val="20"/>
        </w:rPr>
        <w:t>3.2 Termination for Cause:</w:t>
      </w:r>
    </w:p>
    <w:p>
      <w:r>
        <w:rPr>
          <w:b w:val="0"/>
          <w:sz w:val="20"/>
        </w:rPr>
        <w:t>Either Party may terminate this Agreement upon written notice if the other Party breaches any material term of this Agreement and fails to cure such breach within __________ days after receipt of written notice.</w:t>
      </w:r>
    </w:p>
    <w:p>
      <w:r>
        <w:rPr>
          <w:b w:val="0"/>
          <w:sz w:val="20"/>
        </w:rPr>
        <w:t>3.3 Effect of Termination:</w:t>
      </w:r>
    </w:p>
    <w:p>
      <w:r>
        <w:rPr>
          <w:b w:val="0"/>
          <w:sz w:val="20"/>
        </w:rPr>
        <w:t>Termination shall not release the Payer from any payment obligations accrued prior to termination.</w:t>
      </w:r>
    </w:p>
    <w:p/>
    <w:p>
      <w:r>
        <w:rPr>
          <w:b/>
          <w:sz w:val="20"/>
        </w:rPr>
        <w:t>4. Representations and Warranties</w:t>
      </w:r>
    </w:p>
    <w:p>
      <w:r>
        <w:rPr>
          <w:b w:val="0"/>
          <w:sz w:val="20"/>
        </w:rPr>
        <w:t>Each Party represents and warrants that it has the full power and authority to enter into and perform this Agreement and that this Agreement constitutes a legally binding obligation, enforceable in accordance with its terms.</w:t>
      </w:r>
    </w:p>
    <w:p/>
    <w:p>
      <w:r>
        <w:rPr>
          <w:b/>
          <w:sz w:val="20"/>
        </w:rPr>
        <w:t>5. Confidentiality</w:t>
      </w:r>
    </w:p>
    <w:p>
      <w:r>
        <w:rPr>
          <w:b w:val="0"/>
          <w:sz w:val="20"/>
        </w:rPr>
        <w:t>The Parties agree to keep all terms and conditions of this Agreement confidential and not to disclose any information to any third party without prior written consent, except as required by law or court order.</w:t>
      </w:r>
    </w:p>
    <w:p/>
    <w:p>
      <w:r>
        <w:rPr>
          <w:b/>
          <w:sz w:val="20"/>
        </w:rPr>
        <w:t>6. Governing Law and Jurisdiction</w:t>
      </w:r>
    </w:p>
    <w:p>
      <w:r>
        <w:rPr>
          <w:b w:val="0"/>
          <w:sz w:val="20"/>
        </w:rPr>
        <w:t>This Agreement shall be governed by and construed in accordance with the laws of the Province of ____________________, Canada, without regard to its conflict of law principles.</w:t>
      </w:r>
    </w:p>
    <w:p>
      <w:r>
        <w:rPr>
          <w:b w:val="0"/>
          <w:sz w:val="20"/>
        </w:rPr>
        <w:t>Any disputes arising out of or related to this Agreement shall be subject to the exclusive jurisdiction of the courts of the Province of ____________________, Canada.</w:t>
      </w:r>
    </w:p>
    <w:p/>
    <w:p>
      <w:r>
        <w:rPr>
          <w:b/>
          <w:sz w:val="20"/>
        </w:rPr>
        <w:t>7. Miscellaneous</w:t>
      </w:r>
    </w:p>
    <w:p>
      <w:r>
        <w:rPr>
          <w:b w:val="0"/>
          <w:sz w:val="20"/>
        </w:rPr>
        <w:t>7.1 Entire Agreement:</w:t>
      </w:r>
    </w:p>
    <w:p>
      <w:r>
        <w:rPr>
          <w:b w:val="0"/>
          <w:sz w:val="20"/>
        </w:rPr>
        <w:t>This Agreement constitutes the entire agreement between the Parties with respect to its subject matter and supersedes all prior agreements, negotiations, and understandings, whether written or oral.</w:t>
      </w:r>
    </w:p>
    <w:p>
      <w:r>
        <w:rPr>
          <w:b w:val="0"/>
          <w:sz w:val="20"/>
        </w:rPr>
        <w:t>7.2 Amendments:</w:t>
      </w:r>
    </w:p>
    <w:p>
      <w:r>
        <w:rPr>
          <w:b w:val="0"/>
          <w:sz w:val="20"/>
        </w:rPr>
        <w:t>Any amendments or modifications to this Agreement must be in writing and signed by both Parties.</w:t>
      </w:r>
    </w:p>
    <w:p>
      <w:r>
        <w:rPr>
          <w:b w:val="0"/>
          <w:sz w:val="20"/>
        </w:rPr>
        <w:t>7.3 Waiver:</w:t>
      </w:r>
    </w:p>
    <w:p>
      <w:r>
        <w:rPr>
          <w:b w:val="0"/>
          <w:sz w:val="20"/>
        </w:rPr>
        <w:t>No waiver of any breach or default hereunder shall be deemed a waiver of any preceding or subsequent breach or default.</w:t>
      </w:r>
    </w:p>
    <w:p>
      <w:r>
        <w:rPr>
          <w:b w:val="0"/>
          <w:sz w:val="20"/>
        </w:rPr>
        <w:t>7.4 Severability:</w:t>
      </w:r>
    </w:p>
    <w:p>
      <w:r>
        <w:rPr>
          <w:b w:val="0"/>
          <w:sz w:val="20"/>
        </w:rPr>
        <w:t>If any provision of this Agreement is held invalid or unenforceable, the remaining provisions shall remain in full force and effect.</w:t>
      </w:r>
    </w:p>
    <w:p>
      <w:r>
        <w:rPr>
          <w:b w:val="0"/>
          <w:sz w:val="20"/>
        </w:rPr>
        <w:t>7.5 Assignment:</w:t>
      </w:r>
    </w:p>
    <w:p>
      <w:r>
        <w:rPr>
          <w:b w:val="0"/>
          <w:sz w:val="20"/>
        </w:rPr>
        <w:t>Neither Party may assign or transfer its rights or obligations under this Agreement without the prior written consent of the other Party.</w:t>
      </w:r>
    </w:p>
    <w:p/>
    <w:p>
      <w:pPr>
        <w:jc w:val="center"/>
      </w:pPr>
      <w:r>
        <w:rPr>
          <w:b w:val="0"/>
          <w:sz w:val="20"/>
        </w:rPr>
        <w:t>IN WITNESS WHEREOF, the Parties hereto have executed this Payment Contract Agreement as of the date of signature below.</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PAYEE</w:t>
            </w:r>
          </w:p>
        </w:tc>
        <w:tc>
          <w:tcPr>
            <w:tcW w:type="dxa" w:w="4986"/>
            <w:tcBorders>
              <w:top w:val="nil"/>
              <w:left w:val="nil"/>
              <w:bottom w:val="nil"/>
              <w:right w:val="nil"/>
              <w:insideH w:val="nil"/>
              <w:insideV w:val="nil"/>
            </w:tcBorders>
          </w:tcPr>
          <w:p>
            <w:pPr>
              <w:jc w:val="center"/>
            </w:pPr>
            <w:r>
              <w:t>PAYER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https://docstemplates-ca.com/payment-contract/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payment-contrac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