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PHOTO CONSENT AND RELEASE FORM</w:t>
      </w:r>
    </w:p>
    <w:p/>
    <w:p>
      <w:r>
        <w:rPr>
          <w:b w:val="0"/>
          <w:sz w:val="20"/>
        </w:rPr>
        <w:t>I, the undersigned, hereby grant permission to the following organization/individual to use photographs, video recordings, or other digital media images of me, my likeness, or my property, as described below, for purposes including but not limited to promotion, marketing, advertising, and educational materials.</w:t>
      </w:r>
    </w:p>
    <w:p/>
    <w:p>
      <w:r>
        <w:rPr>
          <w:b w:val="0"/>
          <w:sz w:val="20"/>
        </w:rPr>
        <w:t>Organization/Individual Name: 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p>
      <w:r>
        <w:rPr>
          <w:b/>
          <w:sz w:val="20"/>
        </w:rPr>
        <w:t>Description of the Photographs/Media:</w:t>
      </w:r>
    </w:p>
    <w:p>
      <w:r>
        <w:rPr>
          <w:b w:val="0"/>
          <w:sz w:val="20"/>
        </w:rPr>
        <w:t>__________________________________________________________________________</w:t>
      </w:r>
    </w:p>
    <w:p>
      <w:r>
        <w:rPr>
          <w:b w:val="0"/>
          <w:sz w:val="20"/>
        </w:rPr>
        <w:t>__________________________________________________________________________</w:t>
      </w:r>
    </w:p>
    <w:p/>
    <w:p>
      <w:r>
        <w:rPr>
          <w:b/>
          <w:sz w:val="20"/>
        </w:rPr>
        <w:t>Purpose of Use:</w:t>
      </w:r>
    </w:p>
    <w:p>
      <w:r>
        <w:rPr>
          <w:b w:val="0"/>
          <w:sz w:val="20"/>
        </w:rPr>
        <w:t>__________________________________________________________________________</w:t>
      </w:r>
    </w:p>
    <w:p>
      <w:r>
        <w:rPr>
          <w:b w:val="0"/>
          <w:sz w:val="20"/>
        </w:rPr>
        <w:t>__________________________________________________________________________</w:t>
      </w:r>
    </w:p>
    <w:p/>
    <w:p>
      <w:r>
        <w:rPr>
          <w:b w:val="0"/>
          <w:sz w:val="20"/>
        </w:rPr>
        <w:t>I hereby authorize the use of my photographic likeness or digital media images as described above, in any and all of its publications, including website entries, social media, print and digital advertising, and other related public relations efforts, without payment or any other consideration.</w:t>
      </w:r>
    </w:p>
    <w:p/>
    <w:p>
      <w:r>
        <w:rPr>
          <w:b w:val="0"/>
          <w:sz w:val="20"/>
        </w:rPr>
        <w:t>I understand and agree that these materials will become the property of the Organization/Individual and will not be returned.</w:t>
      </w:r>
    </w:p>
    <w:p/>
    <w:p>
      <w:r>
        <w:rPr>
          <w:b w:val="0"/>
          <w:sz w:val="20"/>
        </w:rPr>
        <w:t>I hereby waive any right to inspect or approve the finished images or recorded content that may be used now or in the future, whether that use is known to me or unknown, and I waive any right to royalties or other compensation arising from or related to the use of the images or recordings.</w:t>
      </w:r>
    </w:p>
    <w:p/>
    <w:p>
      <w:r>
        <w:rPr>
          <w:b/>
          <w:sz w:val="20"/>
        </w:rPr>
        <w:t>If the subject is a minor:</w:t>
      </w:r>
    </w:p>
    <w:p>
      <w:r>
        <w:rPr>
          <w:b w:val="0"/>
          <w:sz w:val="20"/>
        </w:rPr>
        <w:t>I confirm that I am the parent/legal guardian of the minor named below, and I have the legal authority to execute this release on behalf of the minor.</w:t>
      </w:r>
    </w:p>
    <w:p>
      <w:r>
        <w:rPr>
          <w:b w:val="0"/>
          <w:sz w:val="20"/>
        </w:rPr>
        <w:t>Minor's Full Name: _______________________________________________________</w:t>
      </w:r>
    </w:p>
    <w:p/>
    <w:p>
      <w:r>
        <w:rPr>
          <w:b w:val="0"/>
          <w:sz w:val="20"/>
        </w:rPr>
        <w:t>This consent shall remain in effect indefinitely unless revoked in writing.</w:t>
      </w:r>
    </w:p>
    <w:p/>
    <w:p>
      <w:r>
        <w:rPr>
          <w:b/>
          <w:sz w:val="20"/>
        </w:rPr>
        <w:t>Privacy and Data Protection:</w:t>
      </w:r>
    </w:p>
    <w:p>
      <w:r>
        <w:rPr>
          <w:b w:val="0"/>
          <w:sz w:val="20"/>
        </w:rPr>
        <w:t>The Organization/Individual agrees to handle the images and personal data in compliance with applicable Canadian privacy laws and regulations, including the Personal Information Protection and Electronic Documents Act (PIPEDA). The images will only be used for the purposes stated above and not for any other unrelated purposes.</w:t>
      </w:r>
    </w:p>
    <w:p/>
    <w:p>
      <w:r>
        <w:rPr>
          <w:b/>
          <w:sz w:val="20"/>
        </w:rPr>
        <w:t>Governing Law:</w:t>
      </w:r>
    </w:p>
    <w:p>
      <w:r>
        <w:rPr>
          <w:b w:val="0"/>
          <w:sz w:val="20"/>
        </w:rPr>
        <w:t>This consent form shall be governed by and construed in accordance with the laws of Canada and the relevant province or territory.</w:t>
      </w:r>
    </w:p>
    <w:p/>
    <w:p>
      <w:r>
        <w:rPr>
          <w:b/>
          <w:sz w:val="20"/>
        </w:rPr>
        <w:t>Indemnification:</w:t>
      </w:r>
    </w:p>
    <w:p>
      <w:r>
        <w:rPr>
          <w:b w:val="0"/>
          <w:sz w:val="20"/>
        </w:rPr>
        <w:t>I release and hold harmless the Organization/Individual, its employees, agents, and assigns from any claims, demands, and causes of action that I, my heirs, representatives, executors, administrators, or any other persons acting on my behalf or on behalf of my estate have or may have by reason of this authorization.</w:t>
      </w:r>
    </w:p>
    <w:p/>
    <w:p/>
    <w:p>
      <w:pPr>
        <w:jc w:val="center"/>
      </w:pPr>
      <w:r>
        <w:rPr>
          <w:b/>
          <w:sz w:val="20"/>
        </w:rPr>
        <w:t>SIGNATURES</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SIGNATORY</w:t>
            </w:r>
          </w:p>
        </w:tc>
        <w:tc>
          <w:tcPr>
            <w:tcW w:type="dxa" w:w="4986"/>
            <w:tcBorders>
              <w:top w:val="nil"/>
              <w:left w:val="nil"/>
              <w:bottom w:val="nil"/>
              <w:right w:val="nil"/>
              <w:insideH w:val="nil"/>
              <w:insideV w:val="nil"/>
            </w:tcBorders>
          </w:tcPr>
          <w:p>
            <w:pPr>
              <w:jc w:val="center"/>
            </w:pPr>
            <w:r>
              <w:t>WITNESS</w:t>
            </w:r>
          </w:p>
        </w:tc>
      </w:tr>
      <w:tr>
        <w:tc>
          <w:tcPr>
            <w:tcW w:type="dxa" w:w="4986"/>
            <w:tcBorders>
              <w:top w:val="nil"/>
              <w:left w:val="nil"/>
              <w:bottom w:val="nil"/>
              <w:right w:val="nil"/>
              <w:insideH w:val="nil"/>
              <w:insideV w:val="nil"/>
            </w:tcBorders>
          </w:tcPr>
          <w:p>
            <w:pPr>
              <w:jc w:val="center"/>
            </w:pPr>
            <w:r>
              <w:br/>
              <w:br/>
              <w:t>Signature: ______________________________</w:t>
            </w:r>
          </w:p>
        </w:tc>
        <w:tc>
          <w:tcPr>
            <w:tcW w:type="dxa" w:w="4986"/>
            <w:tcBorders>
              <w:top w:val="nil"/>
              <w:left w:val="nil"/>
              <w:bottom w:val="nil"/>
              <w:right w:val="nil"/>
              <w:insideH w:val="nil"/>
              <w:insideV w:val="nil"/>
            </w:tcBorders>
          </w:tcPr>
          <w:p>
            <w:pPr>
              <w:jc w:val="center"/>
            </w:pPr>
            <w:r>
              <w:br/>
              <w:br/>
              <w:t>Signature: ______________________________</w:t>
            </w:r>
          </w:p>
        </w:tc>
      </w:tr>
      <w:tr>
        <w:tc>
          <w:tcPr>
            <w:tcW w:type="dxa" w:w="4986"/>
            <w:tcBorders>
              <w:top w:val="nil"/>
              <w:left w:val="nil"/>
              <w:bottom w:val="nil"/>
              <w:right w:val="nil"/>
              <w:insideH w:val="nil"/>
              <w:insideV w:val="nil"/>
            </w:tcBorders>
          </w:tcPr>
          <w:p>
            <w:pPr>
              <w:jc w:val="center"/>
            </w:pPr>
            <w:r>
              <w:t>Name: _________________________________</w:t>
            </w:r>
          </w:p>
        </w:tc>
        <w:tc>
          <w:tcPr>
            <w:tcW w:type="dxa" w:w="4986"/>
            <w:tcBorders>
              <w:top w:val="nil"/>
              <w:left w:val="nil"/>
              <w:bottom w:val="nil"/>
              <w:right w:val="nil"/>
              <w:insideH w:val="nil"/>
              <w:insideV w:val="nil"/>
            </w:tcBorders>
          </w:tcPr>
          <w:p>
            <w:pPr>
              <w:jc w:val="center"/>
            </w:pPr>
            <w:r>
              <w:t>Name: _________________________________</w:t>
            </w:r>
          </w:p>
        </w:tc>
      </w:tr>
    </w:tbl>
    <w:p/>
    <w:p/>
    <w:p>
      <w:r>
        <w:rPr>
          <w:b/>
          <w:sz w:val="20"/>
        </w:rPr>
        <w:t>For any questions concerning this consent form, please contact:</w:t>
      </w:r>
    </w:p>
    <w:p>
      <w:r>
        <w:rPr>
          <w:b w:val="0"/>
          <w:sz w:val="20"/>
        </w:rPr>
        <w:t>Name: ________________________________________________________________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p>
      <w:r>
        <w:rPr>
          <w:b w:val="0"/>
          <w:sz w:val="20"/>
        </w:rPr>
        <w:t>By signing this form, I acknowledge that I have read and understood its contents, that I am of legal age and mentally competent to sign this consent, or that I am the legal guardian of the minor named above.</w:t>
      </w:r>
    </w:p>
    <w:p/>
    <w:p>
      <w:r>
        <w:br w:type="page"/>
      </w:r>
    </w:p>
    <w:p>
      <w:pPr>
        <w:jc w:val="center"/>
      </w:pPr>
      <w:r>
        <w:rPr>
          <w:color w:val="555555"/>
          <w:sz w:val="24"/>
        </w:rPr>
        <w:t>Original source of this document:</w:t>
      </w:r>
    </w:p>
    <w:p>
      <w:pPr>
        <w:jc w:val="center"/>
      </w:pPr>
      <w:hyperlink r:id="rId9">
        <w:r>
          <w:rPr>
            <w:color w:val="0000FF"/>
            <w:u w:val="single"/>
          </w:rPr>
          <w:t>https://docstemplates-ca.com/photo-consent-form/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https://docstemplates-ca.com</w:t>
        </w:r>
      </w:hyperlink>
    </w:p>
    <w:p>
      <w:pPr>
        <w:jc w:val="center"/>
      </w:pPr>
      <w:r>
        <w:rPr>
          <w:color w:val="808080"/>
          <w:sz w:val="20"/>
        </w:rPr>
        <w:t>This template is intended exclusively for personal, non-commercial use.</w:t>
        <w:br/>
        <w:t>If distributed or published, the source must be mentioned. © docstemplates-ca.com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ca.com/photo-consent-form/" TargetMode="External"/><Relationship Id="rId10" Type="http://schemas.openxmlformats.org/officeDocument/2006/relationships/hyperlink" Target="https://docs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