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PROFESSIONAL LETTER OF RECOMMENDATION</w:t>
      </w:r>
    </w:p>
    <w:p/>
    <w:p/>
    <w:p>
      <w:r>
        <w:rPr>
          <w:b/>
          <w:sz w:val="20"/>
        </w:rPr>
        <w:t>Recommender's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Position / Title: ______________________________________________________</w:t>
      </w:r>
    </w:p>
    <w:p>
      <w:r>
        <w:rPr>
          <w:b w:val="0"/>
          <w:sz w:val="20"/>
        </w:rPr>
        <w:t>Company / Organization: 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Recipient's Information:</w:t>
      </w:r>
    </w:p>
    <w:p>
      <w:r>
        <w:rPr>
          <w:b w:val="0"/>
          <w:sz w:val="20"/>
        </w:rPr>
        <w:t>Full Name / Title: ____________________________________________________</w:t>
      </w:r>
    </w:p>
    <w:p>
      <w:r>
        <w:rPr>
          <w:b w:val="0"/>
          <w:sz w:val="20"/>
        </w:rPr>
        <w:t>Company / Organization: 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/>
    <w:p>
      <w:r>
        <w:rPr>
          <w:b w:val="0"/>
          <w:sz w:val="20"/>
        </w:rPr>
        <w:t>Dear Sir or Madam,</w:t>
      </w:r>
    </w:p>
    <w:p/>
    <w:p>
      <w:r>
        <w:rPr>
          <w:b w:val="0"/>
          <w:sz w:val="20"/>
        </w:rPr>
        <w:t>I am writing to provide my highest recommendation for ____________________________________________________________ (Candidate's Full Name). In my capacity as ____________________________________________________ (Recommender’s Position) at ________________________________________________________ (Company/Organization), I have had the pleasure of working closely with the candidate for a period of _______________________________.</w:t>
      </w:r>
    </w:p>
    <w:p/>
    <w:p>
      <w:r>
        <w:rPr>
          <w:b w:val="0"/>
          <w:sz w:val="20"/>
        </w:rPr>
        <w:t>During this time, I have observed the candidate’s professional conduct, skills, and character. My relationship with the candidate has been that of _____________________________________________ (e.g., direct supervisor, colleague, mentor), which has afforded me a comprehensive understanding of their abilities and contributions.</w:t>
      </w:r>
    </w:p>
    <w:p/>
    <w:p>
      <w:r>
        <w:rPr>
          <w:b w:val="0"/>
          <w:sz w:val="20"/>
        </w:rPr>
        <w:t>The candidate has demonstrated exceptional capabilities in the following areas: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/>
    <w:p>
      <w:r>
        <w:rPr>
          <w:b w:val="0"/>
          <w:sz w:val="20"/>
        </w:rPr>
        <w:t>Notably, the candidate achieved the following accomplishments during our time working together: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/>
    <w:p>
      <w:r>
        <w:rPr>
          <w:b w:val="0"/>
          <w:sz w:val="20"/>
        </w:rPr>
        <w:t>In addition to professional skills, the candidate possesses outstanding personal qualities including: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___________________________________________________________________________________________</w:t>
      </w:r>
    </w:p>
    <w:p/>
    <w:p>
      <w:r>
        <w:rPr>
          <w:b w:val="0"/>
          <w:sz w:val="20"/>
        </w:rPr>
        <w:t>This recommendation is provided in good faith and to the best of my knowledge, in full compliance with applicable laws and regulations of Canada governing professional references and confidentiality.</w:t>
      </w:r>
    </w:p>
    <w:p/>
    <w:p>
      <w:r>
        <w:rPr>
          <w:b w:val="0"/>
          <w:sz w:val="20"/>
        </w:rPr>
        <w:t>I am confident that ____________________________________________________________ (Candidate's Full Name) will be a valuable asset to your organization and will excel in any endeavor they choose to pursue. Should you require any further information, please do not hesitate to contact me.</w:t>
      </w:r>
    </w:p>
    <w:p/>
    <w:p/>
    <w:p>
      <w:r>
        <w:rPr>
          <w:b w:val="0"/>
          <w:sz w:val="20"/>
        </w:rPr>
        <w:t>Sincerely,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Recommender's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Date: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Phone / Email: ________________________</w:t>
            </w:r>
          </w:p>
        </w:tc>
      </w:tr>
    </w:tbl>
    <w:p/>
    <w:p/>
    <w:p>
      <w:r>
        <w:rPr>
          <w:b/>
          <w:sz w:val="20"/>
        </w:rPr>
        <w:t>Note:</w:t>
      </w:r>
    </w:p>
    <w:p>
      <w:r>
        <w:rPr>
          <w:b w:val="0"/>
          <w:sz w:val="20"/>
        </w:rPr>
        <w:t>This letter is confidential and intended solely for the use of the individual or entity to whom it is addressed. Unauthorized use or dissemination is prohibited.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https://docstemplates-ca.com/professional-letter-of-recommendation/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templates-ca.com/professional-letter-of-recommendation/" TargetMode="External"/><Relationship Id="rId10" Type="http://schemas.openxmlformats.org/officeDocument/2006/relationships/hyperlink" Target="https://docs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