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CANADA PROXY FORM</w:t>
      </w:r>
    </w:p>
    <w:p/>
    <w:p>
      <w:r>
        <w:rPr>
          <w:b/>
          <w:sz w:val="20"/>
        </w:rPr>
        <w:t>I, the undersigned Proxy Grantor, hereby appoint the Proxy Holder to attend, act on my behalf, and exercise all rights and powers I have as a Member and/or Shareholder in all matters pertaining to the Annual General Meeting, Special Meeting(s), or any adjournment thereof of:</w:t>
      </w:r>
    </w:p>
    <w:p/>
    <w:p>
      <w:r>
        <w:rPr>
          <w:b w:val="0"/>
          <w:sz w:val="20"/>
        </w:rPr>
        <w:t>Name of Corporation/Organization: ____________________________________________________________</w:t>
      </w:r>
    </w:p>
    <w:p>
      <w:r>
        <w:rPr>
          <w:b w:val="0"/>
          <w:sz w:val="20"/>
        </w:rPr>
        <w:t>Incorporation Number (if applicable): _______________________________________________________</w:t>
      </w:r>
    </w:p>
    <w:p/>
    <w:p>
      <w:r>
        <w:rPr>
          <w:b/>
          <w:sz w:val="20"/>
        </w:rPr>
        <w:t>Proxy Grantor Information:</w:t>
      </w:r>
    </w:p>
    <w:p>
      <w:r>
        <w:rPr>
          <w:b w:val="0"/>
          <w:sz w:val="20"/>
        </w:rPr>
        <w:t>Full Name: _______________________________________________________________________________</w:t>
      </w:r>
    </w:p>
    <w:p>
      <w:r>
        <w:rPr>
          <w:b w:val="0"/>
          <w:sz w:val="20"/>
        </w:rPr>
        <w:t>Address: _________________________________________________________________________________</w:t>
      </w:r>
    </w:p>
    <w:p>
      <w:r>
        <w:rPr>
          <w:b w:val="0"/>
          <w:sz w:val="20"/>
        </w:rPr>
        <w:t>Phone Number: ___________________________________________________________________________</w:t>
      </w:r>
    </w:p>
    <w:p>
      <w:r>
        <w:rPr>
          <w:b w:val="0"/>
          <w:sz w:val="20"/>
        </w:rPr>
        <w:t>Email Address: ___________________________________________________________________________</w:t>
      </w:r>
    </w:p>
    <w:p/>
    <w:p>
      <w:r>
        <w:rPr>
          <w:b/>
          <w:sz w:val="20"/>
        </w:rPr>
        <w:t>Proxy Holder Information:</w:t>
      </w:r>
    </w:p>
    <w:p>
      <w:r>
        <w:rPr>
          <w:b w:val="0"/>
          <w:sz w:val="20"/>
        </w:rPr>
        <w:t>Full Name: _______________________________________________________________________________</w:t>
      </w:r>
    </w:p>
    <w:p>
      <w:r>
        <w:rPr>
          <w:b w:val="0"/>
          <w:sz w:val="20"/>
        </w:rPr>
        <w:t>Address: _________________________________________________________________________________</w:t>
      </w:r>
    </w:p>
    <w:p>
      <w:r>
        <w:rPr>
          <w:b w:val="0"/>
          <w:sz w:val="20"/>
        </w:rPr>
        <w:t>Phone Number: ___________________________________________________________________________</w:t>
      </w:r>
    </w:p>
    <w:p>
      <w:r>
        <w:rPr>
          <w:b w:val="0"/>
          <w:sz w:val="20"/>
        </w:rPr>
        <w:t>Email Address: ___________________________________________________________________________</w:t>
      </w:r>
    </w:p>
    <w:p/>
    <w:p>
      <w:r>
        <w:rPr>
          <w:b/>
          <w:sz w:val="20"/>
        </w:rPr>
        <w:t>Scope of Appointment:</w:t>
      </w:r>
    </w:p>
    <w:p>
      <w:r>
        <w:rPr>
          <w:b w:val="0"/>
          <w:sz w:val="20"/>
        </w:rPr>
        <w:t>The Proxy Holder is authorized to represent the Proxy Grantor with full power to vote, consent, and act on all matters that may come before the meeting(s), including but not limited to the election of directors, approval of financial statements, amendments to bylaws, and any other business that may properly come before the meeting(s). Unless otherwise specified, this proxy shall be valid for all meetings held within one year from the date of signature hereof.</w:t>
      </w:r>
    </w:p>
    <w:p/>
    <w:p>
      <w:r>
        <w:rPr>
          <w:b/>
          <w:sz w:val="20"/>
        </w:rPr>
        <w:t>If you wish to limit the powers of the Proxy Holder, please specify below:</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p>
      <w:r>
        <w:rPr>
          <w:b/>
          <w:sz w:val="20"/>
        </w:rPr>
        <w:t>Voting Instructions (if any):</w:t>
      </w:r>
    </w:p>
    <w:p>
      <w:r>
        <w:rPr>
          <w:b w:val="0"/>
          <w:sz w:val="20"/>
        </w:rPr>
        <w:t>The Proxy Holder shall vote as follows on behalf of the Proxy Grantor. Mark the appropriate box or provide instructions below:</w:t>
      </w:r>
    </w:p>
    <w:p>
      <w:r>
        <w:rPr>
          <w:b w:val="0"/>
          <w:sz w:val="20"/>
        </w:rPr>
        <w:t>☐ Vote at Proxy Holder's discretion</w:t>
      </w:r>
    </w:p>
    <w:p>
      <w:r>
        <w:rPr>
          <w:b w:val="0"/>
          <w:sz w:val="20"/>
        </w:rPr>
        <w:t>☐ Vote FOR all management proposals</w:t>
      </w:r>
    </w:p>
    <w:p>
      <w:r>
        <w:rPr>
          <w:b w:val="0"/>
          <w:sz w:val="20"/>
        </w:rPr>
        <w:t>☐ Vote AGAINST all management proposals</w:t>
      </w:r>
    </w:p>
    <w:p>
      <w:r>
        <w:rPr>
          <w:b w:val="0"/>
          <w:sz w:val="20"/>
        </w:rPr>
        <w:t>☐ Abstain from voting on all proposals</w:t>
      </w:r>
    </w:p>
    <w:p>
      <w:r>
        <w:rPr>
          <w:b w:val="0"/>
          <w:sz w:val="20"/>
        </w:rPr>
        <w:t>Specific instructions for particular proposals (if any):</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p>
      <w:r>
        <w:rPr>
          <w:b/>
          <w:sz w:val="20"/>
        </w:rPr>
        <w:t>Declaration and Indemnity:</w:t>
      </w:r>
    </w:p>
    <w:p>
      <w:r>
        <w:rPr>
          <w:b w:val="0"/>
          <w:sz w:val="20"/>
        </w:rPr>
        <w:t>I declare that I have the full legal capacity and authority to appoint this proxy and that this appointment complies with all applicable laws, regulations, and bylaws of the corporation/organization and the jurisdiction of Canada.</w:t>
      </w:r>
    </w:p>
    <w:p>
      <w:r>
        <w:rPr>
          <w:b w:val="0"/>
          <w:sz w:val="20"/>
        </w:rPr>
        <w:t>I indemnify and hold harmless the Proxy Holder for any actions taken in good faith pursuant to this proxy.</w:t>
      </w:r>
    </w:p>
    <w:p/>
    <w:p>
      <w:r>
        <w:rPr>
          <w:b/>
          <w:sz w:val="20"/>
        </w:rPr>
        <w:t>Revocation of Proxy:</w:t>
      </w:r>
    </w:p>
    <w:p>
      <w:r>
        <w:rPr>
          <w:b w:val="0"/>
          <w:sz w:val="20"/>
        </w:rPr>
        <w:t>This proxy may be revoked by the Proxy Grantor at any time prior to its use by providing a written notice of revocation to the corporation/organization or by attending the meeting in person.</w:t>
      </w:r>
    </w:p>
    <w:p/>
    <w:p>
      <w:r>
        <w:rPr>
          <w:b/>
          <w:sz w:val="20"/>
        </w:rPr>
        <w:t>Governing Law:</w:t>
      </w:r>
    </w:p>
    <w:p>
      <w:r>
        <w:rPr>
          <w:b w:val="0"/>
          <w:sz w:val="20"/>
        </w:rPr>
        <w:t>This proxy form shall be governed by and construed in accordance with the laws of the Province or Territory of the Proxy Grantor’s residence and the federal laws of Canada applicable therein.</w:t>
      </w:r>
    </w:p>
    <w:p/>
    <w:p/>
    <w:p>
      <w:r>
        <w:rPr>
          <w:b w:val="0"/>
          <w:sz w:val="20"/>
        </w:rPr>
        <w:t>Place of signing: ____________________________________________</w:t>
      </w:r>
    </w:p>
    <w:p>
      <w:r>
        <w:rPr>
          <w:b w:val="0"/>
          <w:sz w:val="20"/>
        </w:rPr>
        <w:t>Signature of Proxy Grantor: ___________________________________</w:t>
      </w:r>
    </w:p>
    <w:p>
      <w:r>
        <w:rPr>
          <w:b w:val="0"/>
          <w:sz w:val="20"/>
        </w:rPr>
        <w:t>Printed Name of Proxy Grantor: _______________________________</w:t>
      </w:r>
    </w:p>
    <w:p/>
    <w:p/>
    <w:p>
      <w:r>
        <w:rPr>
          <w:b/>
          <w:sz w:val="20"/>
        </w:rPr>
        <w:t>Witness (optional):</w:t>
      </w:r>
    </w:p>
    <w:p>
      <w:r>
        <w:rPr>
          <w:b w:val="0"/>
          <w:sz w:val="20"/>
        </w:rPr>
        <w:t>Name: _________________________________________________________</w:t>
      </w:r>
    </w:p>
    <w:p>
      <w:r>
        <w:rPr>
          <w:b w:val="0"/>
          <w:sz w:val="20"/>
        </w:rPr>
        <w:t>Signature: ______________________________________________________</w:t>
      </w:r>
    </w:p>
    <w:p>
      <w:r>
        <w:rPr>
          <w:b w:val="0"/>
          <w:sz w:val="20"/>
        </w:rPr>
        <w:t>Address: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PROXY GRANTOR</w:t>
            </w:r>
          </w:p>
        </w:tc>
        <w:tc>
          <w:tcPr>
            <w:tcW w:type="dxa" w:w="4986"/>
            <w:tcBorders>
              <w:top w:val="nil"/>
              <w:left w:val="nil"/>
              <w:bottom w:val="nil"/>
              <w:right w:val="nil"/>
              <w:insideH w:val="nil"/>
              <w:insideV w:val="nil"/>
            </w:tcBorders>
          </w:tcPr>
          <w:p>
            <w:pPr>
              <w:jc w:val="center"/>
            </w:pPr>
            <w:r>
              <w:t>PROXY HOLDER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https://docstemplates-ca.com/proxy-form/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roxy-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