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REFERRAL AGREEMENT</w:t>
      </w:r>
    </w:p>
    <w:p/>
    <w:p>
      <w:r>
        <w:rPr>
          <w:b/>
          <w:sz w:val="20"/>
        </w:rPr>
        <w:t>This Referral Agreement (the "Agreement") is made between:</w:t>
      </w:r>
    </w:p>
    <w:p>
      <w:r>
        <w:rPr>
          <w:b/>
          <w:sz w:val="20"/>
        </w:rPr>
        <w:t>Referrer: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Contact Information: ___________________________________________________</w:t>
      </w:r>
    </w:p>
    <w:p/>
    <w:p>
      <w:r>
        <w:rPr>
          <w:b/>
          <w:sz w:val="20"/>
        </w:rPr>
        <w:t>Company:</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Contact Information: ___________________________________________________</w:t>
      </w:r>
    </w:p>
    <w:p/>
    <w:p/>
    <w:p>
      <w:r>
        <w:rPr>
          <w:b/>
          <w:sz w:val="20"/>
        </w:rPr>
        <w:t>RECITALS</w:t>
      </w:r>
    </w:p>
    <w:p>
      <w:r>
        <w:rPr>
          <w:b w:val="0"/>
          <w:sz w:val="20"/>
        </w:rPr>
        <w:t>WHEREAS, the Company is engaged in the business of providing products and/or services as described herein;</w:t>
      </w:r>
    </w:p>
    <w:p>
      <w:r>
        <w:rPr>
          <w:b w:val="0"/>
          <w:sz w:val="20"/>
        </w:rPr>
        <w:t>WHEREAS, the Referrer agrees to refer potential clients or customers to the Company under the terms set forth in this Agreement;</w:t>
      </w:r>
    </w:p>
    <w:p>
      <w:r>
        <w:rPr>
          <w:b w:val="0"/>
          <w:sz w:val="20"/>
        </w:rPr>
        <w:t>NOW, THEREFORE, in consideration of the mutual covenants and promises herein contained, the parties agree as follows:</w:t>
      </w:r>
    </w:p>
    <w:p/>
    <w:p/>
    <w:p>
      <w:r>
        <w:rPr>
          <w:b/>
          <w:sz w:val="20"/>
        </w:rPr>
        <w:t>1. Definitions</w:t>
      </w:r>
    </w:p>
    <w:p>
      <w:r>
        <w:rPr>
          <w:b w:val="0"/>
          <w:sz w:val="20"/>
        </w:rPr>
        <w:t>1.1 "Referral" means a potential client or customer introduced by the Referrer to the Company who expresses a genuine interest in Company's products or services.</w:t>
      </w:r>
    </w:p>
    <w:p>
      <w:r>
        <w:rPr>
          <w:b w:val="0"/>
          <w:sz w:val="20"/>
        </w:rPr>
        <w:t>1.2 "Commission" means the payment to the Referrer as described in Section 4 for a successful Referral.</w:t>
      </w:r>
    </w:p>
    <w:p/>
    <w:p>
      <w:r>
        <w:rPr>
          <w:b/>
          <w:sz w:val="20"/>
        </w:rPr>
        <w:t>2. Referral Obligations</w:t>
      </w:r>
    </w:p>
    <w:p>
      <w:r>
        <w:rPr>
          <w:b w:val="0"/>
          <w:sz w:val="20"/>
        </w:rPr>
        <w:t>2.1 The Referrer shall use reasonable efforts to refer potential clients to the Company.</w:t>
      </w:r>
    </w:p>
    <w:p>
      <w:r>
        <w:rPr>
          <w:b w:val="0"/>
          <w:sz w:val="20"/>
        </w:rPr>
        <w:t>2.2 The Referrer shall provide accurate and truthful information about the Company's products and services.</w:t>
      </w:r>
    </w:p>
    <w:p>
      <w:r>
        <w:rPr>
          <w:b w:val="0"/>
          <w:sz w:val="20"/>
        </w:rPr>
        <w:t>2.3 The Referrer shall not make any representations or warranties on behalf of the Company without prior written authorization.</w:t>
      </w:r>
    </w:p>
    <w:p/>
    <w:p>
      <w:r>
        <w:rPr>
          <w:b/>
          <w:sz w:val="20"/>
        </w:rPr>
        <w:t>3. Company Obligations</w:t>
      </w:r>
    </w:p>
    <w:p>
      <w:r>
        <w:rPr>
          <w:b w:val="0"/>
          <w:sz w:val="20"/>
        </w:rPr>
        <w:t>3.1 The Company shall provide the Referrer with necessary materials and information to support referral efforts.</w:t>
      </w:r>
    </w:p>
    <w:p>
      <w:r>
        <w:rPr>
          <w:b w:val="0"/>
          <w:sz w:val="20"/>
        </w:rPr>
        <w:t>3.2 The Company shall keep the Referrer informed of the status of referred clients where appropriate and permitted by law and privacy considerations.</w:t>
      </w:r>
    </w:p>
    <w:p>
      <w:r>
        <w:rPr>
          <w:b w:val="0"/>
          <w:sz w:val="20"/>
        </w:rPr>
        <w:t>3.3 The Company reserves the right to accept or reject any Referral at its sole discretion.</w:t>
      </w:r>
    </w:p>
    <w:p/>
    <w:p>
      <w:r>
        <w:rPr>
          <w:b/>
          <w:sz w:val="20"/>
        </w:rPr>
        <w:t>4. Commission and Payment</w:t>
      </w:r>
    </w:p>
    <w:p>
      <w:r>
        <w:rPr>
          <w:b w:val="0"/>
          <w:sz w:val="20"/>
        </w:rPr>
        <w:t>4.1 The Company agrees to pay the Referrer a commission equal to _______________% of the net revenue received by the Company from each successful client introduced by the Referrer.</w:t>
      </w:r>
    </w:p>
    <w:p>
      <w:r>
        <w:rPr>
          <w:b w:val="0"/>
          <w:sz w:val="20"/>
        </w:rPr>
        <w:t>4.2 Commissions are payable within _____ days following receipt of payment from the referred client.</w:t>
      </w:r>
    </w:p>
    <w:p>
      <w:r>
        <w:rPr>
          <w:b w:val="0"/>
          <w:sz w:val="20"/>
        </w:rPr>
        <w:t>4.3 No commission shall be paid on clients that were already known to the Company or were previously solicited independently by the Company.</w:t>
      </w:r>
    </w:p>
    <w:p>
      <w:r>
        <w:rPr>
          <w:b w:val="0"/>
          <w:sz w:val="20"/>
        </w:rPr>
        <w:t>4.4 The Referrer shall bear all costs and expenses incurred in connection with performing its obligations under this Agreement, unless otherwise agreed in writing.</w:t>
      </w:r>
    </w:p>
    <w:p/>
    <w:p>
      <w:r>
        <w:rPr>
          <w:b/>
          <w:sz w:val="20"/>
        </w:rPr>
        <w:t>5. Term and Termination</w:t>
      </w:r>
    </w:p>
    <w:p>
      <w:r>
        <w:rPr>
          <w:b w:val="0"/>
          <w:sz w:val="20"/>
        </w:rPr>
        <w:t>5.1 This Agreement is effective upon signature and shall continue until terminated by either party upon thirty (30) days written notice.</w:t>
      </w:r>
    </w:p>
    <w:p>
      <w:r>
        <w:rPr>
          <w:b w:val="0"/>
          <w:sz w:val="20"/>
        </w:rPr>
        <w:t>5.2 Either party may terminate this Agreement immediately for cause if the other party breaches any material term and fails to cure such breach within fifteen (15) days of written notice.</w:t>
      </w:r>
    </w:p>
    <w:p>
      <w:r>
        <w:rPr>
          <w:b w:val="0"/>
          <w:sz w:val="20"/>
        </w:rPr>
        <w:t>5.3 Termination shall not affect the right of the Referrer to commissions earned prior to termination.</w:t>
      </w:r>
    </w:p>
    <w:p/>
    <w:p>
      <w:r>
        <w:rPr>
          <w:b/>
          <w:sz w:val="20"/>
        </w:rPr>
        <w:t>6. Confidentiality</w:t>
      </w:r>
    </w:p>
    <w:p>
      <w:r>
        <w:rPr>
          <w:b w:val="0"/>
          <w:sz w:val="20"/>
        </w:rPr>
        <w:t>6.1 Each party agrees to keep confidential and not disclose to any third party any proprietary or confidential information obtained in connection with this Agreement.</w:t>
      </w:r>
    </w:p>
    <w:p>
      <w:r>
        <w:rPr>
          <w:b w:val="0"/>
          <w:sz w:val="20"/>
        </w:rPr>
        <w:t>6.2 Confidential information does not include information that is publicly known or is required to be disclosed by law or court order.</w:t>
      </w:r>
    </w:p>
    <w:p/>
    <w:p>
      <w:r>
        <w:rPr>
          <w:b/>
          <w:sz w:val="20"/>
        </w:rPr>
        <w:t>7. Relationship of Parties</w:t>
      </w:r>
    </w:p>
    <w:p>
      <w:r>
        <w:rPr>
          <w:b w:val="0"/>
          <w:sz w:val="20"/>
        </w:rPr>
        <w:t>7.1 The Referrer is an independent contractor and nothing in this Agreement shall be construed as creating an employment, partnership, or agency relationship.</w:t>
      </w:r>
    </w:p>
    <w:p>
      <w:r>
        <w:rPr>
          <w:b w:val="0"/>
          <w:sz w:val="20"/>
        </w:rPr>
        <w:t>7.2 The Referrer has no authority to bind or obligate the Company in any manner.</w:t>
      </w:r>
    </w:p>
    <w:p/>
    <w:p>
      <w:r>
        <w:rPr>
          <w:b/>
          <w:sz w:val="20"/>
        </w:rPr>
        <w:t>8. Indemnification</w:t>
      </w:r>
    </w:p>
    <w:p>
      <w:r>
        <w:rPr>
          <w:b w:val="0"/>
          <w:sz w:val="20"/>
        </w:rPr>
        <w:t>8.1 The Referrer shall indemnify and hold harmless the Company against any claims, damages, liabilities, costs, or expenses arising out of or related to any breach of this Agreement by the Referrer or the Referrer's negligent or willful misconduct.</w:t>
      </w:r>
    </w:p>
    <w:p/>
    <w:p>
      <w:r>
        <w:rPr>
          <w:b/>
          <w:sz w:val="20"/>
        </w:rPr>
        <w:t>9. Limitation of Liability</w:t>
      </w:r>
    </w:p>
    <w:p>
      <w:r>
        <w:rPr>
          <w:b w:val="0"/>
          <w:sz w:val="20"/>
        </w:rPr>
        <w:t>9.1 Except for liability arising from gross negligence or willful misconduct, neither party shall be liable for any indirect, incidental, consequential, or punitive damages arising out of this Agreement.</w:t>
      </w:r>
    </w:p>
    <w:p/>
    <w:p>
      <w:r>
        <w:rPr>
          <w:b/>
          <w:sz w:val="20"/>
        </w:rPr>
        <w:t>10. Governing Law and Jurisdiction</w:t>
      </w:r>
    </w:p>
    <w:p>
      <w:r>
        <w:rPr>
          <w:b w:val="0"/>
          <w:sz w:val="20"/>
        </w:rPr>
        <w:t>10.1 This Agreement shall be governed by and construed in accordance with the laws of the Province of ____________________, Canada, without regard to its conflict of laws principles.</w:t>
      </w:r>
    </w:p>
    <w:p>
      <w:r>
        <w:rPr>
          <w:b w:val="0"/>
          <w:sz w:val="20"/>
        </w:rPr>
        <w:t>10.2 The parties agree to submit to the exclusive jurisdiction of the courts located in the Province of ____________________, Canada for any disputes arising out of or in connection with this Agreement.</w:t>
      </w:r>
    </w:p>
    <w:p/>
    <w:p>
      <w:r>
        <w:rPr>
          <w:b/>
          <w:sz w:val="20"/>
        </w:rPr>
        <w:t>11. Entire Agreement</w:t>
      </w:r>
    </w:p>
    <w:p>
      <w:r>
        <w:rPr>
          <w:b w:val="0"/>
          <w:sz w:val="20"/>
        </w:rPr>
        <w:t>11.1 This Agreement constitutes the entire agreement between the parties with respect to the subject matter hereof and supersedes all prior or contemporaneous understandings or agreements, written or oral.</w:t>
      </w:r>
    </w:p>
    <w:p>
      <w:r>
        <w:rPr>
          <w:b w:val="0"/>
          <w:sz w:val="20"/>
        </w:rPr>
        <w:t>11.2 Any amendments or modifications must be made in writing and signed by both parties.</w:t>
      </w:r>
    </w:p>
    <w:p/>
    <w:p>
      <w:r>
        <w:rPr>
          <w:b/>
          <w:sz w:val="20"/>
        </w:rPr>
        <w:t>12. Notices</w:t>
      </w:r>
    </w:p>
    <w:p>
      <w:r>
        <w:rPr>
          <w:b w:val="0"/>
          <w:sz w:val="20"/>
        </w:rPr>
        <w:t>12.1 Any notice required or permitted under this Agreement shall be in writing and delivered personally, sent by registered mail, or by email to the addresses specified herein or such other address as either party may designate in writing.</w:t>
      </w:r>
    </w:p>
    <w:p>
      <w:r>
        <w:rPr>
          <w:b w:val="0"/>
          <w:sz w:val="20"/>
        </w:rPr>
        <w:t>12.2 Notices shall be deemed received upon delivery or, if mailed, five (5) business days after mailing.</w:t>
      </w:r>
    </w:p>
    <w:p/>
    <w:p/>
    <w:p>
      <w:pPr>
        <w:jc w:val="center"/>
      </w:pPr>
      <w:r>
        <w:rPr>
          <w:b/>
          <w:sz w:val="20"/>
        </w:rPr>
        <w:t>IN WITNESS WHEREOF, the parties hereto have executed this Referral Agreement as of the date written below.</w:t>
      </w:r>
    </w:p>
    <w:p/>
    <w:p/>
    <w:p>
      <w:r>
        <w:rPr>
          <w:b w:val="0"/>
          <w:sz w:val="20"/>
        </w:rPr>
        <w:t>Place of signature: ________________________________________________</w:t>
      </w:r>
    </w:p>
    <w:p>
      <w:r>
        <w:rPr>
          <w:b w:val="0"/>
          <w:sz w:val="20"/>
        </w:rPr>
        <w:t>Date of signature: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REFERRER</w:t>
            </w:r>
          </w:p>
        </w:tc>
        <w:tc>
          <w:tcPr>
            <w:tcW w:type="dxa" w:w="4986"/>
            <w:tcBorders>
              <w:top w:val="nil"/>
              <w:left w:val="nil"/>
              <w:bottom w:val="nil"/>
              <w:right w:val="nil"/>
              <w:insideH w:val="nil"/>
              <w:insideV w:val="nil"/>
            </w:tcBorders>
          </w:tcPr>
          <w:p>
            <w:pPr>
              <w:jc w:val="center"/>
            </w:pPr>
            <w:r>
              <w:t>COMPANY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https://docstemplates-ca.com/referral-agreement/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referral-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