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RESIGNATION LETTER</w:t>
      </w:r>
    </w:p>
    <w:p/>
    <w:p/>
    <w:p>
      <w:r>
        <w:rPr>
          <w:b w:val="0"/>
          <w:sz w:val="20"/>
        </w:rPr>
        <w:t>To:</w:t>
      </w:r>
    </w:p>
    <w:p>
      <w:r>
        <w:rPr>
          <w:b/>
          <w:sz w:val="20"/>
        </w:rPr>
        <w:t>Human Resources Department</w:t>
      </w:r>
    </w:p>
    <w:p>
      <w:r>
        <w:rPr>
          <w:b w:val="0"/>
          <w:sz w:val="20"/>
        </w:rPr>
        <w:t>Google Canada Corporation</w:t>
      </w:r>
    </w:p>
    <w:p>
      <w:r>
        <w:rPr>
          <w:b w:val="0"/>
          <w:sz w:val="20"/>
        </w:rPr>
        <w:t>1600 Amphitheatre Parkway</w:t>
      </w:r>
    </w:p>
    <w:p>
      <w:r>
        <w:rPr>
          <w:b w:val="0"/>
          <w:sz w:val="20"/>
        </w:rPr>
        <w:t>Mountain View, ON</w:t>
      </w:r>
    </w:p>
    <w:p>
      <w:r>
        <w:rPr>
          <w:b w:val="0"/>
          <w:sz w:val="20"/>
        </w:rPr>
        <w:t>Canada</w:t>
      </w:r>
    </w:p>
    <w:p/>
    <w:p/>
    <w:p>
      <w:r>
        <w:rPr>
          <w:b/>
          <w:sz w:val="20"/>
        </w:rPr>
        <w:t>Subject: Resignation from my position at Google Canada Corporation</w:t>
      </w:r>
    </w:p>
    <w:p/>
    <w:p>
      <w:r>
        <w:rPr>
          <w:b w:val="0"/>
          <w:sz w:val="20"/>
        </w:rPr>
        <w:t>Dear Human Resources Manager,</w:t>
      </w:r>
    </w:p>
    <w:p/>
    <w:p>
      <w:r>
        <w:rPr>
          <w:b w:val="0"/>
          <w:sz w:val="20"/>
        </w:rPr>
        <w:t>I hereby formally submit my resignation from my position at Google Canada Corporation effective immediately upon receipt of this letter unless otherwise mutually agreed. This letter serves as my official notice in accordance with my employment agreement and applicable Canadian employment laws.</w:t>
      </w:r>
    </w:p>
    <w:p/>
    <w:p>
      <w:r>
        <w:rPr>
          <w:b w:val="0"/>
          <w:sz w:val="20"/>
        </w:rPr>
        <w:t>Reason for Resignation (optional): ________________________________________________</w:t>
      </w:r>
    </w:p>
    <w:p/>
    <w:p>
      <w:r>
        <w:rPr>
          <w:b w:val="0"/>
          <w:sz w:val="20"/>
        </w:rPr>
        <w:t>I acknowledge my obligation to comply with all company policies and procedures during my notice period or until my last working day. I am prepared to assist in the transition process to ensure a smooth handover of my responsibilities.</w:t>
      </w:r>
    </w:p>
    <w:p/>
    <w:p>
      <w:r>
        <w:rPr>
          <w:b w:val="0"/>
          <w:sz w:val="20"/>
        </w:rPr>
        <w:t>I confirm that I will return all company property including but not limited to electronic devices, access cards, documents, and confidential information on or before my last day of employment.</w:t>
      </w:r>
    </w:p>
    <w:p/>
    <w:p>
      <w:r>
        <w:rPr>
          <w:b w:val="0"/>
          <w:sz w:val="20"/>
        </w:rPr>
        <w:t>I remain bound by all confidentiality, non-disclosure, and non-competition agreements entered into during my employment with Google Canada Corporation, both during and after the termination of my employment.</w:t>
      </w:r>
    </w:p>
    <w:p/>
    <w:p>
      <w:r>
        <w:rPr>
          <w:b w:val="0"/>
          <w:sz w:val="20"/>
        </w:rPr>
        <w:t>I understand that my final remuneration, including any accrued vacation pay, bonuses, and benefits, will be settled in accordance with Canadian employment standards and company policy.</w:t>
      </w:r>
    </w:p>
    <w:p/>
    <w:p>
      <w:r>
        <w:rPr>
          <w:b w:val="0"/>
          <w:sz w:val="20"/>
        </w:rPr>
        <w:t>I want to express my gratitude for the opportunities and experiences I have had while working at Google Canada Corporation. I wish the company continued success and look forward to staying in professional contact.</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Human Resources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https://docstemplates-ca.com/resignation-letter-google/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resignation-letter-google/"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