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ROUTER LEASE AGREEMENT</w:t>
      </w:r>
    </w:p>
    <w:p/>
    <w:p/>
    <w:p>
      <w:r>
        <w:rPr>
          <w:b/>
          <w:sz w:val="20"/>
        </w:rPr>
        <w:t>This Router Lease Agreement (the “Agreement”) is entered into between:</w:t>
      </w:r>
    </w:p>
    <w:p>
      <w:r>
        <w:rPr>
          <w:b/>
          <w:sz w:val="20"/>
        </w:rPr>
        <w:t>Lessor:</w:t>
      </w:r>
    </w:p>
    <w:p>
      <w:r>
        <w:rPr>
          <w:b w:val="0"/>
          <w:sz w:val="20"/>
        </w:rPr>
        <w:t>Full Legal Name: _________________________________________________</w:t>
      </w:r>
    </w:p>
    <w:p>
      <w:r>
        <w:rPr>
          <w:b w:val="0"/>
          <w:sz w:val="20"/>
        </w:rPr>
        <w:t>Address: ________________________________________________________</w:t>
      </w:r>
    </w:p>
    <w:p>
      <w:r>
        <w:rPr>
          <w:b w:val="0"/>
          <w:sz w:val="20"/>
        </w:rPr>
        <w:t>Contact Number: _________________________________________________</w:t>
      </w:r>
    </w:p>
    <w:p/>
    <w:p>
      <w:r>
        <w:rPr>
          <w:b/>
          <w:sz w:val="20"/>
        </w:rPr>
        <w:t>Lessee:</w:t>
      </w:r>
    </w:p>
    <w:p>
      <w:r>
        <w:rPr>
          <w:b w:val="0"/>
          <w:sz w:val="20"/>
        </w:rPr>
        <w:t>Full Legal Name: _________________________________________________</w:t>
      </w:r>
    </w:p>
    <w:p>
      <w:r>
        <w:rPr>
          <w:b w:val="0"/>
          <w:sz w:val="20"/>
        </w:rPr>
        <w:t>Address: ________________________________________________________</w:t>
      </w:r>
    </w:p>
    <w:p>
      <w:r>
        <w:rPr>
          <w:b w:val="0"/>
          <w:sz w:val="20"/>
        </w:rPr>
        <w:t>Contact Number: _________________________________________________</w:t>
      </w:r>
    </w:p>
    <w:p/>
    <w:p/>
    <w:p>
      <w:r>
        <w:rPr>
          <w:b/>
          <w:sz w:val="20"/>
        </w:rPr>
        <w:t>RECITALS</w:t>
      </w:r>
    </w:p>
    <w:p>
      <w:r>
        <w:rPr>
          <w:b w:val="0"/>
          <w:sz w:val="20"/>
        </w:rPr>
        <w:t>WHEREAS the Lessor is the lawful owner of the router described herein;</w:t>
      </w:r>
    </w:p>
    <w:p>
      <w:r>
        <w:rPr>
          <w:b w:val="0"/>
          <w:sz w:val="20"/>
        </w:rPr>
        <w:t>WHEREAS the Lessee desires to lease the router from the Lessor under the terms and conditions set forth herein;</w:t>
      </w:r>
    </w:p>
    <w:p>
      <w:r>
        <w:rPr>
          <w:b w:val="0"/>
          <w:sz w:val="20"/>
        </w:rPr>
        <w:t>NOW, THEREFORE, in consideration of the mutual covenants and agreements contained in this Agreement, the parties agree as follows:</w:t>
      </w:r>
    </w:p>
    <w:p/>
    <w:p/>
    <w:p>
      <w:r>
        <w:rPr>
          <w:b/>
          <w:sz w:val="20"/>
        </w:rPr>
        <w:t>1. Description of Equipment</w:t>
      </w:r>
    </w:p>
    <w:p>
      <w:r>
        <w:rPr>
          <w:b w:val="0"/>
          <w:sz w:val="20"/>
        </w:rPr>
        <w:t>The Lessor hereby leases to the Lessee the following router (the “Equipment”):</w:t>
      </w:r>
    </w:p>
    <w:p>
      <w:r>
        <w:rPr>
          <w:b w:val="0"/>
          <w:sz w:val="20"/>
        </w:rPr>
        <w:t>Make / Model: ______________________________________________</w:t>
      </w:r>
    </w:p>
    <w:p>
      <w:r>
        <w:rPr>
          <w:b w:val="0"/>
          <w:sz w:val="20"/>
        </w:rPr>
        <w:t>Serial Number: ____________________________________________</w:t>
      </w:r>
    </w:p>
    <w:p>
      <w:r>
        <w:rPr>
          <w:b w:val="0"/>
          <w:sz w:val="20"/>
        </w:rPr>
        <w:t>Specifications: ____________________________________________</w:t>
      </w:r>
    </w:p>
    <w:p/>
    <w:p>
      <w:r>
        <w:rPr>
          <w:b/>
          <w:sz w:val="20"/>
        </w:rPr>
        <w:t>2. Lease Term</w:t>
      </w:r>
    </w:p>
    <w:p>
      <w:r>
        <w:rPr>
          <w:b w:val="0"/>
          <w:sz w:val="20"/>
        </w:rPr>
        <w:t>The term of this lease shall commence upon delivery of the Equipment to the Lessee and shall continue until terminated by either party in accordance with this Agreement.</w:t>
      </w:r>
    </w:p>
    <w:p>
      <w:r>
        <w:rPr>
          <w:b w:val="0"/>
          <w:sz w:val="20"/>
        </w:rPr>
        <w:t>The initial lease term shall be for __________ months.</w:t>
      </w:r>
    </w:p>
    <w:p>
      <w:r>
        <w:rPr>
          <w:b w:val="0"/>
          <w:sz w:val="20"/>
        </w:rPr>
        <w:t>Either party may terminate this Agreement by providing written notice at least thirty (30) days prior to termination.</w:t>
      </w:r>
    </w:p>
    <w:p/>
    <w:p>
      <w:r>
        <w:rPr>
          <w:b/>
          <w:sz w:val="20"/>
        </w:rPr>
        <w:t>3. Rental Payments</w:t>
      </w:r>
    </w:p>
    <w:p>
      <w:r>
        <w:rPr>
          <w:b w:val="0"/>
          <w:sz w:val="20"/>
        </w:rPr>
        <w:t>The Lessee agrees to pay the Lessor the sum of $____________ CAD per month as rent for the Equipment.</w:t>
      </w:r>
    </w:p>
    <w:p>
      <w:r>
        <w:rPr>
          <w:b w:val="0"/>
          <w:sz w:val="20"/>
        </w:rPr>
        <w:t>Payments shall be due on the first day of each month, payable to the Lessor at the address specified above or as otherwise directed.</w:t>
      </w:r>
    </w:p>
    <w:p>
      <w:r>
        <w:rPr>
          <w:b w:val="0"/>
          <w:sz w:val="20"/>
        </w:rPr>
        <w:t>Late payments shall incur a penalty of $____________ CAD per day until paid in full.</w:t>
      </w:r>
    </w:p>
    <w:p/>
    <w:p>
      <w:r>
        <w:rPr>
          <w:b/>
          <w:sz w:val="20"/>
        </w:rPr>
        <w:t>4. Delivery and Installation</w:t>
      </w:r>
    </w:p>
    <w:p>
      <w:r>
        <w:rPr>
          <w:b w:val="0"/>
          <w:sz w:val="20"/>
        </w:rPr>
        <w:t>The Lessor shall deliver the Equipment to the Lessee at the address specified above or another mutually agreed location.</w:t>
      </w:r>
    </w:p>
    <w:p>
      <w:r>
        <w:rPr>
          <w:b w:val="0"/>
          <w:sz w:val="20"/>
        </w:rPr>
        <w:t>Installation of the Equipment shall be the responsibility of the Lessee unless otherwise agreed in writing.</w:t>
      </w:r>
    </w:p>
    <w:p>
      <w:r>
        <w:rPr>
          <w:b w:val="0"/>
          <w:sz w:val="20"/>
        </w:rPr>
        <w:t>The Lessee shall inspect the Equipment upon delivery and notify the Lessor of any defects or damage within five (5) business days.</w:t>
      </w:r>
    </w:p>
    <w:p/>
    <w:p>
      <w:r>
        <w:rPr>
          <w:b/>
          <w:sz w:val="20"/>
        </w:rPr>
        <w:t>5. Use of Equipment</w:t>
      </w:r>
    </w:p>
    <w:p>
      <w:r>
        <w:rPr>
          <w:b w:val="0"/>
          <w:sz w:val="20"/>
        </w:rPr>
        <w:t>The Lessee shall use the Equipment solely for lawful purposes and in accordance with any manufacturer instructions and applicable laws.</w:t>
      </w:r>
    </w:p>
    <w:p>
      <w:r>
        <w:rPr>
          <w:b w:val="0"/>
          <w:sz w:val="20"/>
        </w:rPr>
        <w:t>The Equipment shall not be modified, altered, or tampered with in any way without prior written consent of the Lessor.</w:t>
      </w:r>
    </w:p>
    <w:p>
      <w:r>
        <w:rPr>
          <w:b w:val="0"/>
          <w:sz w:val="20"/>
        </w:rPr>
        <w:t>The Lessee shall not assign, sublease, or otherwise transfer possession or control of the Equipment without prior written consent of the Lessor.</w:t>
      </w:r>
    </w:p>
    <w:p/>
    <w:p>
      <w:r>
        <w:rPr>
          <w:b/>
          <w:sz w:val="20"/>
        </w:rPr>
        <w:t>6. Maintenance and Repairs</w:t>
      </w:r>
    </w:p>
    <w:p>
      <w:r>
        <w:rPr>
          <w:b w:val="0"/>
          <w:sz w:val="20"/>
        </w:rPr>
        <w:t>The Lessee shall maintain the Equipment in good working condition and shall be responsible for all routine maintenance and minor repairs.</w:t>
      </w:r>
    </w:p>
    <w:p>
      <w:r>
        <w:rPr>
          <w:b w:val="0"/>
          <w:sz w:val="20"/>
        </w:rPr>
        <w:t>The Lessee shall notify the Lessor immediately of any major malfunctions or damage.</w:t>
      </w:r>
    </w:p>
    <w:p>
      <w:r>
        <w:rPr>
          <w:b w:val="0"/>
          <w:sz w:val="20"/>
        </w:rPr>
        <w:t>The Lessor shall be responsible for major repairs unless damage results from the Lessee’s misuse or negligence, in which case the Lessee shall bear the cost.</w:t>
      </w:r>
    </w:p>
    <w:p/>
    <w:p>
      <w:r>
        <w:rPr>
          <w:b/>
          <w:sz w:val="20"/>
        </w:rPr>
        <w:t>7. Risk of Loss and Insurance</w:t>
      </w:r>
    </w:p>
    <w:p>
      <w:r>
        <w:rPr>
          <w:b w:val="0"/>
          <w:sz w:val="20"/>
        </w:rPr>
        <w:t>Risk of loss, theft, or damage to the Equipment shall pass to the Lessee upon delivery.</w:t>
      </w:r>
    </w:p>
    <w:p>
      <w:r>
        <w:rPr>
          <w:b w:val="0"/>
          <w:sz w:val="20"/>
        </w:rPr>
        <w:t>The Lessee shall maintain adequate insurance coverage for the Equipment during the term of this Agreement and provide proof of insurance upon request.</w:t>
      </w:r>
    </w:p>
    <w:p/>
    <w:p>
      <w:r>
        <w:rPr>
          <w:b/>
          <w:sz w:val="20"/>
        </w:rPr>
        <w:t>8. Title and Ownership</w:t>
      </w:r>
    </w:p>
    <w:p>
      <w:r>
        <w:rPr>
          <w:b w:val="0"/>
          <w:sz w:val="20"/>
        </w:rPr>
        <w:t>Title to the Equipment shall remain solely with the Lessor.</w:t>
      </w:r>
    </w:p>
    <w:p>
      <w:r>
        <w:rPr>
          <w:b w:val="0"/>
          <w:sz w:val="20"/>
        </w:rPr>
        <w:t>The Lessee shall have no interest or right of ownership in the Equipment beyond the rights granted under this Agreement.</w:t>
      </w:r>
    </w:p>
    <w:p/>
    <w:p>
      <w:r>
        <w:rPr>
          <w:b/>
          <w:sz w:val="20"/>
        </w:rPr>
        <w:t>9. Return of Equipment</w:t>
      </w:r>
    </w:p>
    <w:p>
      <w:r>
        <w:rPr>
          <w:b w:val="0"/>
          <w:sz w:val="20"/>
        </w:rPr>
        <w:t>Upon termination or expiration of this Agreement, the Lessee shall return the Equipment to the Lessor in good condition, reasonable wear and tear excepted.</w:t>
      </w:r>
    </w:p>
    <w:p>
      <w:r>
        <w:rPr>
          <w:b w:val="0"/>
          <w:sz w:val="20"/>
        </w:rPr>
        <w:t>If the Equipment is not returned on the agreed date, the Lessee shall be liable for all costs incurred by the Lessor including but not limited to storage, retrieval, and repair.</w:t>
      </w:r>
    </w:p>
    <w:p/>
    <w:p>
      <w:r>
        <w:rPr>
          <w:b/>
          <w:sz w:val="20"/>
        </w:rPr>
        <w:t>10. Indemnification and Limitation of Liability</w:t>
      </w:r>
    </w:p>
    <w:p>
      <w:r>
        <w:rPr>
          <w:b w:val="0"/>
          <w:sz w:val="20"/>
        </w:rPr>
        <w:t>The Lessee agrees to indemnify and hold harmless the Lessor from any claims, damages, losses, or expenses arising from the Lessee’s use, possession, or return of the Equipment.</w:t>
      </w:r>
    </w:p>
    <w:p>
      <w:r>
        <w:rPr>
          <w:b w:val="0"/>
          <w:sz w:val="20"/>
        </w:rPr>
        <w:t>The Lessor shall not be liable for any indirect, incidental, or consequential damages arising from the use or inability to use the Equipment.</w:t>
      </w:r>
    </w:p>
    <w:p/>
    <w:p>
      <w:r>
        <w:rPr>
          <w:b/>
          <w:sz w:val="20"/>
        </w:rPr>
        <w:t>11. Default and Remedies</w:t>
      </w:r>
    </w:p>
    <w:p>
      <w:r>
        <w:rPr>
          <w:b w:val="0"/>
          <w:sz w:val="20"/>
        </w:rPr>
        <w:t>If the Lessee fails to make timely payments or breaches any term of this Agreement, the Lessor may terminate this Agreement immediately upon notice and repossess the Equipment.</w:t>
      </w:r>
    </w:p>
    <w:p>
      <w:r>
        <w:rPr>
          <w:b w:val="0"/>
          <w:sz w:val="20"/>
        </w:rPr>
        <w:t>The Lessee shall remain liable for any unpaid rent and damages resulting from such breach.</w:t>
      </w:r>
    </w:p>
    <w:p/>
    <w:p>
      <w:r>
        <w:rPr>
          <w:b/>
          <w:sz w:val="20"/>
        </w:rPr>
        <w:t>12. Governing Law and Jurisdiction</w:t>
      </w:r>
    </w:p>
    <w:p>
      <w:r>
        <w:rPr>
          <w:b w:val="0"/>
          <w:sz w:val="20"/>
        </w:rPr>
        <w:t>This Agreement shall be governed by and construed in accordance with the laws of the Province of ____________________, Canada.</w:t>
      </w:r>
    </w:p>
    <w:p>
      <w:r>
        <w:rPr>
          <w:b w:val="0"/>
          <w:sz w:val="20"/>
        </w:rPr>
        <w:t>Any disputes arising out of or relating to this Agreement shall be submitted to the exclusive jurisdiction of the courts located in the Province of ____________________, Canada.</w:t>
      </w:r>
    </w:p>
    <w:p/>
    <w:p>
      <w:r>
        <w:rPr>
          <w:b/>
          <w:sz w:val="20"/>
        </w:rPr>
        <w:t>13. Entire Agreement</w:t>
      </w:r>
    </w:p>
    <w:p>
      <w:r>
        <w:rPr>
          <w:b w:val="0"/>
          <w:sz w:val="20"/>
        </w:rPr>
        <w:t>This Agreement constitutes the entire agreement between the parties and supersedes all prior understandings or agreements, whether written or oral, relating to the subject matter herein.</w:t>
      </w:r>
    </w:p>
    <w:p>
      <w:r>
        <w:rPr>
          <w:b w:val="0"/>
          <w:sz w:val="20"/>
        </w:rPr>
        <w:t>Any amendments or modifications must be in writing and signed by both parties.</w:t>
      </w:r>
    </w:p>
    <w:p/>
    <w:p>
      <w:r>
        <w:rPr>
          <w:b/>
          <w:sz w:val="20"/>
        </w:rPr>
        <w:t>14. Notices</w:t>
      </w:r>
    </w:p>
    <w:p>
      <w:r>
        <w:rPr>
          <w:b w:val="0"/>
          <w:sz w:val="20"/>
        </w:rPr>
        <w:t>All notices required or permitted under this Agreement shall be in writing and shall be deemed delivered when sent by registered mail, courier, or email to the addresses set forth above or such other addresses as either party may designate in writing.</w:t>
      </w:r>
    </w:p>
    <w:p/>
    <w:p/>
    <w:p>
      <w:r>
        <w:rPr>
          <w:b w:val="0"/>
          <w:sz w:val="20"/>
        </w:rPr>
        <w:t>Place of Agreement Execution: _____________________________________________</w:t>
      </w:r>
    </w:p>
    <w:p>
      <w:r>
        <w:rPr>
          <w:b w:val="0"/>
          <w:sz w:val="20"/>
        </w:rPr>
        <w:t>Date of Agreement Execution: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w:t>
            </w:r>
          </w:p>
        </w:tc>
        <w:tc>
          <w:tcPr>
            <w:tcW w:type="dxa" w:w="4986"/>
            <w:tcBorders>
              <w:top w:val="nil"/>
              <w:left w:val="nil"/>
              <w:bottom w:val="nil"/>
              <w:right w:val="nil"/>
              <w:insideH w:val="nil"/>
              <w:insideV w:val="nil"/>
            </w:tcBorders>
          </w:tcPr>
          <w:p>
            <w:pPr>
              <w:jc w:val="center"/>
            </w:pPr>
            <w:r>
              <w:t>Name: 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https://docstemplates-ca.com/router-letter-set/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router-letter-se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