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p>
      <w:r>
        <w:rPr>
          <w:b/>
          <w:sz w:val="20"/>
        </w:rPr>
        <w:t>This Separation Agreement (the “Agreement”) is entered into by and between the following parties (the “Parties”):</w:t>
      </w:r>
    </w:p>
    <w:p/>
    <w:p>
      <w:r>
        <w:rPr>
          <w:b w:val="0"/>
          <w:sz w:val="20"/>
        </w:rPr>
        <w:t>Party 1:</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r>
        <w:rPr>
          <w:b w:val="0"/>
          <w:sz w:val="20"/>
        </w:rPr>
        <w:t>Party 2:</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p>
      <w:r>
        <w:rPr>
          <w:b w:val="0"/>
          <w:sz w:val="20"/>
        </w:rPr>
        <w:t>WHEREAS, the Parties were previously in a marital relationship;</w:t>
      </w:r>
    </w:p>
    <w:p>
      <w:r>
        <w:rPr>
          <w:b w:val="0"/>
          <w:sz w:val="20"/>
        </w:rPr>
        <w:t>AND WHEREAS the Parties have decided to live separate and apart from each other;</w:t>
      </w:r>
    </w:p>
    <w:p>
      <w:r>
        <w:rPr>
          <w:b w:val="0"/>
          <w:sz w:val="20"/>
        </w:rPr>
        <w:t>AND WHEREAS the Parties wish to settle their rights and obligations arising from their separation amicably and in accordance with the laws of the Province of Alberta;</w:t>
      </w:r>
    </w:p>
    <w:p>
      <w:r>
        <w:rPr>
          <w:b/>
          <w:sz w:val="20"/>
        </w:rPr>
        <w:t>NOW, THEREFORE, in consideration of the mutual covenants and promises contained herein, the Parties agree as follows:</w:t>
      </w:r>
    </w:p>
    <w:p/>
    <w:p/>
    <w:p>
      <w:r>
        <w:rPr>
          <w:b/>
          <w:sz w:val="20"/>
        </w:rPr>
        <w:t>1. Separation of Parties</w:t>
      </w:r>
    </w:p>
    <w:p>
      <w:r>
        <w:rPr>
          <w:b w:val="0"/>
          <w:sz w:val="20"/>
        </w:rPr>
        <w:t>The Parties agree that they are living separate and apart, each free from interference, harassment, authority, or control by the other, directly or indirectly. This Agreement confirms the terms and conditions of their separation.</w:t>
      </w:r>
    </w:p>
    <w:p/>
    <w:p>
      <w:r>
        <w:rPr>
          <w:b/>
          <w:sz w:val="20"/>
        </w:rPr>
        <w:t>2. Custody and Parenting</w:t>
      </w:r>
    </w:p>
    <w:p>
      <w:r>
        <w:rPr>
          <w:b w:val="0"/>
          <w:sz w:val="20"/>
        </w:rPr>
        <w:t>2.1 The Parties agree to the following parenting arrangements regarding their minor children born of their relationship, if any:</w:t>
      </w:r>
    </w:p>
    <w:p>
      <w:r>
        <w:rPr>
          <w:b w:val="0"/>
          <w:sz w:val="20"/>
        </w:rPr>
        <w:t>- Names and dates of birth of children: ____________________________________________________</w:t>
      </w:r>
    </w:p>
    <w:p>
      <w:r>
        <w:rPr>
          <w:b w:val="0"/>
          <w:sz w:val="20"/>
        </w:rPr>
        <w:t>2.2 Custody shall be as follows: _______________________________________________________________</w:t>
      </w:r>
    </w:p>
    <w:p>
      <w:r>
        <w:rPr>
          <w:b w:val="0"/>
          <w:sz w:val="20"/>
        </w:rPr>
        <w:t>2.3 Parenting time and access rights shall be as follows: _______________________________________</w:t>
      </w:r>
    </w:p>
    <w:p>
      <w:r>
        <w:rPr>
          <w:b w:val="0"/>
          <w:sz w:val="20"/>
        </w:rPr>
        <w:t>2.4 The Parties agree to cooperate in making major decisions affecting the children involving health, education, and welfare.</w:t>
      </w:r>
    </w:p>
    <w:p/>
    <w:p>
      <w:r>
        <w:rPr>
          <w:b/>
          <w:sz w:val="20"/>
        </w:rPr>
        <w:t>3. Child Support</w:t>
      </w:r>
    </w:p>
    <w:p>
      <w:r>
        <w:rPr>
          <w:b w:val="0"/>
          <w:sz w:val="20"/>
        </w:rPr>
        <w:t>3.1 The Parties agree that child support shall be paid in accordance with the Child Support Guidelines under the laws of Alberta.</w:t>
      </w:r>
    </w:p>
    <w:p>
      <w:r>
        <w:rPr>
          <w:b w:val="0"/>
          <w:sz w:val="20"/>
        </w:rPr>
        <w:t>3.2 The payor shall pay the sum of $_______________ per month to the recipient by the following method: ________________</w:t>
      </w:r>
    </w:p>
    <w:p>
      <w:r>
        <w:rPr>
          <w:b w:val="0"/>
          <w:sz w:val="20"/>
        </w:rPr>
        <w:t>3.3 Payments shall be due on the ____ day of each month.</w:t>
      </w:r>
    </w:p>
    <w:p>
      <w:r>
        <w:rPr>
          <w:b w:val="0"/>
          <w:sz w:val="20"/>
        </w:rPr>
        <w:t>3.4 The Parties acknowledge their continuing obligation to support their children and understand that child support arrangements may be modified by court order or mutual agreement as circumstances change.</w:t>
      </w:r>
    </w:p>
    <w:p/>
    <w:p>
      <w:r>
        <w:rPr>
          <w:b/>
          <w:sz w:val="20"/>
        </w:rPr>
        <w:t>4. Spousal Support</w:t>
      </w:r>
    </w:p>
    <w:p>
      <w:r>
        <w:rPr>
          <w:b w:val="0"/>
          <w:sz w:val="20"/>
        </w:rPr>
        <w:t>4.1 The Parties agree that (select one):</w:t>
      </w:r>
    </w:p>
    <w:p>
      <w:r>
        <w:rPr>
          <w:b w:val="0"/>
          <w:sz w:val="20"/>
        </w:rPr>
        <w:t xml:space="preserve">    [  ] No spousal support will be paid by either Party.</w:t>
      </w:r>
    </w:p>
    <w:p>
      <w:r>
        <w:rPr>
          <w:b w:val="0"/>
          <w:sz w:val="20"/>
        </w:rPr>
        <w:t xml:space="preserve">    [  ] Spousal support shall be paid by Party 1 to Party 2 in the amount of $_______________ per month for a period of _______ months/years.</w:t>
      </w:r>
    </w:p>
    <w:p>
      <w:r>
        <w:rPr>
          <w:b w:val="0"/>
          <w:sz w:val="20"/>
        </w:rPr>
        <w:t xml:space="preserve">    [  ] Spousal support shall be paid by Party 2 to Party 1 in the amount of $_______________ per month for a period of _______ months/years.</w:t>
      </w:r>
    </w:p>
    <w:p>
      <w:r>
        <w:rPr>
          <w:b w:val="0"/>
          <w:sz w:val="20"/>
        </w:rPr>
        <w:t>4.2 Payments shall be due on the ____ day of each month and made by the following method: ________________</w:t>
      </w:r>
    </w:p>
    <w:p>
      <w:r>
        <w:rPr>
          <w:b w:val="0"/>
          <w:sz w:val="20"/>
        </w:rPr>
        <w:t>4.3 The Parties acknowledge that this spousal support provision is made in full settlement and that no further claims shall arise, except as may be permitted by law.</w:t>
      </w:r>
    </w:p>
    <w:p/>
    <w:p>
      <w:r>
        <w:rPr>
          <w:b/>
          <w:sz w:val="20"/>
        </w:rPr>
        <w:t>5. Division of Property and Debts</w:t>
      </w:r>
    </w:p>
    <w:p>
      <w:r>
        <w:rPr>
          <w:b w:val="0"/>
          <w:sz w:val="20"/>
        </w:rPr>
        <w:t>5.1 The Parties agree to the following division of their property and debts:</w:t>
      </w:r>
    </w:p>
    <w:p>
      <w:r>
        <w:rPr>
          <w:b w:val="0"/>
          <w:sz w:val="20"/>
        </w:rPr>
        <w:t>5.2 Property to Party 1: ________________________________________________________________________</w:t>
      </w:r>
    </w:p>
    <w:p>
      <w:r>
        <w:rPr>
          <w:b w:val="0"/>
          <w:sz w:val="20"/>
        </w:rPr>
        <w:t>5.3 Property to Party 2: ________________________________________________________________________</w:t>
      </w:r>
    </w:p>
    <w:p>
      <w:r>
        <w:rPr>
          <w:b w:val="0"/>
          <w:sz w:val="20"/>
        </w:rPr>
        <w:t>5.4 Debts assumed by Party 1: _________________________________________________________________</w:t>
      </w:r>
    </w:p>
    <w:p>
      <w:r>
        <w:rPr>
          <w:b w:val="0"/>
          <w:sz w:val="20"/>
        </w:rPr>
        <w:t>5.5 Debts assumed by Party 2: _________________________________________________________________</w:t>
      </w:r>
    </w:p>
    <w:p>
      <w:r>
        <w:rPr>
          <w:b w:val="0"/>
          <w:sz w:val="20"/>
        </w:rPr>
        <w:t>5.6 The Parties agree that each shall retain any property currently in their possession unless otherwise specified herein.</w:t>
      </w:r>
    </w:p>
    <w:p/>
    <w:p>
      <w:r>
        <w:rPr>
          <w:b/>
          <w:sz w:val="20"/>
        </w:rPr>
        <w:t>6. Release and Waiver</w:t>
      </w:r>
    </w:p>
    <w:p>
      <w:r>
        <w:rPr>
          <w:b w:val="0"/>
          <w:sz w:val="20"/>
        </w:rPr>
        <w:t>Each Party releases and forever discharges the other from all actions, suits, claims, and demands whatsoever, whether known or unknown, arising out of or in connection with their relationship, except as expressly provided in this Agreement.</w:t>
      </w:r>
    </w:p>
    <w:p/>
    <w:p>
      <w:r>
        <w:rPr>
          <w:b/>
          <w:sz w:val="20"/>
        </w:rPr>
        <w:t>7. Confidentiality</w:t>
      </w:r>
    </w:p>
    <w:p>
      <w:r>
        <w:rPr>
          <w:b w:val="0"/>
          <w:sz w:val="20"/>
        </w:rPr>
        <w:t>The Parties agree to keep the terms of this Agreement confidential and not to disclose any information contained herein to any third party except as required by law or with prior written consent of the other Party.</w:t>
      </w:r>
    </w:p>
    <w:p/>
    <w:p>
      <w:r>
        <w:rPr>
          <w:b/>
          <w:sz w:val="20"/>
        </w:rPr>
        <w:t>8. Independent Legal Advice</w:t>
      </w:r>
    </w:p>
    <w:p>
      <w:r>
        <w:rPr>
          <w:b w:val="0"/>
          <w:sz w:val="20"/>
        </w:rPr>
        <w:t>Each Party acknowledges that they have had the opportunity to seek independent legal advice prior to signing this Agreement, and that they fully understand the terms and consequences herein.</w:t>
      </w:r>
    </w:p>
    <w:p/>
    <w:p>
      <w:r>
        <w:rPr>
          <w:b/>
          <w:sz w:val="20"/>
        </w:rPr>
        <w:t>9. Entire Agreement</w:t>
      </w:r>
    </w:p>
    <w:p>
      <w:r>
        <w:rPr>
          <w:b w:val="0"/>
          <w:sz w:val="20"/>
        </w:rPr>
        <w:t>This Agreement constitutes the entire understanding between the Parties and supersedes all prior agreements, representations, or understandings, whether oral or written, relating to the subject matter herein.</w:t>
      </w:r>
    </w:p>
    <w:p/>
    <w:p>
      <w:r>
        <w:rPr>
          <w:b/>
          <w:sz w:val="20"/>
        </w:rPr>
        <w:t>10. Amendment</w:t>
      </w:r>
    </w:p>
    <w:p>
      <w:r>
        <w:rPr>
          <w:b w:val="0"/>
          <w:sz w:val="20"/>
        </w:rPr>
        <w:t>This Agreement may only be amended or varied by written agreement signed by both Parties.</w:t>
      </w:r>
    </w:p>
    <w:p/>
    <w:p>
      <w:r>
        <w:rPr>
          <w:b/>
          <w:sz w:val="20"/>
        </w:rPr>
        <w:t>11. Governing Law and Jurisdiction</w:t>
      </w:r>
    </w:p>
    <w:p>
      <w:r>
        <w:rPr>
          <w:b w:val="0"/>
          <w:sz w:val="20"/>
        </w:rPr>
        <w:t>This Agreement shall be governed by and construed in accordance with the laws of the Province of Alberta and the applicable laws of Canada. Any disputes arising out of this Agreement shall be subject to the exclusive jurisdiction of the courts located in Alberta.</w:t>
      </w:r>
    </w:p>
    <w:p/>
    <w:p>
      <w:r>
        <w:rPr>
          <w:b/>
          <w:sz w:val="20"/>
        </w:rPr>
        <w:t>12. Severability</w:t>
      </w:r>
    </w:p>
    <w:p>
      <w:r>
        <w:rPr>
          <w:b w:val="0"/>
          <w:sz w:val="20"/>
        </w:rPr>
        <w:t>If any term or provision of this Agreement is held to be invalid, illegal, or unenforceable for any reason, the remaining terms and provisions shall continue in full force and effect.</w:t>
      </w:r>
    </w:p>
    <w:p/>
    <w:p>
      <w:r>
        <w:rPr>
          <w:b/>
          <w:sz w:val="20"/>
        </w:rPr>
        <w:t>13. Execution</w:t>
      </w:r>
    </w:p>
    <w:p>
      <w:r>
        <w:rPr>
          <w:b w:val="0"/>
          <w:sz w:val="20"/>
        </w:rPr>
        <w:t>This Agreement may be executed in counterparts, each of which shall be deemed an original, and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Place of signing: ___________________________________________</w:t>
      </w:r>
    </w:p>
    <w:p>
      <w:r>
        <w:rPr>
          <w:b w:val="0"/>
          <w:sz w:val="20"/>
        </w:rPr>
        <w:t>Date of signing: 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FOR PARTY 1</w:t>
            </w:r>
          </w:p>
        </w:tc>
        <w:tc>
          <w:tcPr>
            <w:tcW w:type="dxa" w:w="4986"/>
            <w:tcBorders>
              <w:top w:val="nil"/>
              <w:left w:val="nil"/>
              <w:bottom w:val="nil"/>
              <w:right w:val="nil"/>
              <w:insideH w:val="nil"/>
              <w:insideV w:val="nil"/>
            </w:tcBorders>
          </w:tcPr>
          <w:p>
            <w:pPr>
              <w:jc w:val="center"/>
            </w:pPr>
            <w:r>
              <w:t>WITNESS FOR 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https://docstemplates-ca.com/separation-agreement-alberta/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eparation-agreement-alberta/"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