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DOG LETTER</w:t>
      </w:r>
    </w:p>
    <w:p/>
    <w:p/>
    <w:p>
      <w:r>
        <w:rPr>
          <w:b w:val="0"/>
          <w:sz w:val="20"/>
        </w:rPr>
        <w:t>To Whom It May Concern,</w:t>
      </w:r>
    </w:p>
    <w:p/>
    <w:p>
      <w:r>
        <w:rPr>
          <w:b w:val="0"/>
          <w:sz w:val="20"/>
        </w:rPr>
        <w:t>This letter is to certify that the individual named below is the handler of a service dog that is trained to perform specific tasks to assist with a disability. This letter confirms the need for the handler to be accompanied by their service dog in housing, public spaces, and transportation, as permitted under Canadian law, including but not limited to the Canadian Human Rights Act and applicable provincial human rights codes.</w:t>
      </w:r>
    </w:p>
    <w:p/>
    <w:p/>
    <w:p>
      <w:r>
        <w:rPr>
          <w:b/>
          <w:sz w:val="20"/>
        </w:rPr>
        <w:t>Handler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p>
      <w:r>
        <w:rPr>
          <w:b/>
          <w:sz w:val="20"/>
        </w:rPr>
        <w:t>Service Dog Information:</w:t>
      </w:r>
    </w:p>
    <w:p>
      <w:r>
        <w:rPr>
          <w:b w:val="0"/>
          <w:sz w:val="20"/>
        </w:rPr>
        <w:t>Name of Dog: __________________________________________________________</w:t>
      </w:r>
    </w:p>
    <w:p>
      <w:r>
        <w:rPr>
          <w:b w:val="0"/>
          <w:sz w:val="20"/>
        </w:rPr>
        <w:t>Breed: ________________________________________________________________</w:t>
      </w:r>
    </w:p>
    <w:p>
      <w:r>
        <w:rPr>
          <w:b w:val="0"/>
          <w:sz w:val="20"/>
        </w:rPr>
        <w:t>Age: _________________________________________________________________</w:t>
      </w:r>
    </w:p>
    <w:p>
      <w:r>
        <w:rPr>
          <w:b w:val="0"/>
          <w:sz w:val="20"/>
        </w:rPr>
        <w:t>Description of Service Dog (color, distinguishing marks): ________________</w:t>
      </w:r>
    </w:p>
    <w:p>
      <w:r>
        <w:rPr>
          <w:b w:val="0"/>
          <w:sz w:val="20"/>
        </w:rPr>
        <w:t>______________________________________________________________________</w:t>
      </w:r>
    </w:p>
    <w:p/>
    <w:p>
      <w:r>
        <w:rPr>
          <w:b/>
          <w:sz w:val="20"/>
        </w:rPr>
        <w:t>Disability and Tasks Performed:</w:t>
      </w:r>
    </w:p>
    <w:p>
      <w:r>
        <w:rPr>
          <w:b w:val="0"/>
          <w:sz w:val="20"/>
        </w:rPr>
        <w:t>The handler has a disability as defined under Canadian law which substantially limits one or more major life activities. The service dog is individually trained to perform specific tasks directly related to the handler's disability.</w:t>
      </w:r>
    </w:p>
    <w:p>
      <w:r>
        <w:rPr>
          <w:b w:val="0"/>
          <w:sz w:val="20"/>
        </w:rPr>
        <w:t>List of tasks performed by the service dog:</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Legal Rights and Protections:</w:t>
      </w:r>
    </w:p>
    <w:p>
      <w:r>
        <w:rPr>
          <w:b w:val="0"/>
          <w:sz w:val="20"/>
        </w:rPr>
        <w:t>Under the Canadian Human Rights Act and applicable provincial legislation, individuals with disabilities are entitled to accommodation and protection from discrimination. Service dogs are recognized as an essential aid for persons with disabilities and must be allowed access to all public and private spaces where the public is normally allowed.</w:t>
      </w:r>
    </w:p>
    <w:p>
      <w:r>
        <w:rPr>
          <w:b w:val="0"/>
          <w:sz w:val="20"/>
        </w:rPr>
        <w:t>This letter serves as documentation to support the handler's rights and the legitimacy of the service dog. Refusal to accommodate the handler and their service dog may constitute discrimination under Canadian law.</w:t>
      </w:r>
    </w:p>
    <w:p/>
    <w:p>
      <w:r>
        <w:rPr>
          <w:b/>
          <w:sz w:val="20"/>
        </w:rPr>
        <w:t>Handler Responsibilities:</w:t>
      </w:r>
    </w:p>
    <w:p>
      <w:r>
        <w:rPr>
          <w:b w:val="0"/>
          <w:sz w:val="20"/>
        </w:rPr>
        <w:t>The handler is responsible for ensuring the service dog behaves appropriately in public and is under control at all times. The handler agrees to comply with rules and regulations applicable to service dogs, including maintaining the dog's health and hygiene.</w:t>
      </w:r>
    </w:p>
    <w:p/>
    <w:p>
      <w:r>
        <w:rPr>
          <w:b/>
          <w:sz w:val="20"/>
        </w:rPr>
        <w:t>Handler Statement:</w:t>
      </w:r>
    </w:p>
    <w:p>
      <w:r>
        <w:rPr>
          <w:b w:val="0"/>
          <w:sz w:val="20"/>
        </w:rPr>
        <w:t>I hereby confirm that the information provided is true, and I rely on my service dog for assistance with my disability. I understand my rights and responsibilities relating to the use of a service dog under Canadian law.</w:t>
      </w:r>
    </w:p>
    <w:p/>
    <w:p/>
    <w:p>
      <w:r>
        <w:rPr>
          <w:b w:val="0"/>
          <w:sz w:val="20"/>
        </w:rPr>
        <w:t>Handler Signature: ______________________________________</w:t>
      </w:r>
    </w:p>
    <w:p>
      <w:r>
        <w:rPr>
          <w:b w:val="0"/>
          <w:sz w:val="20"/>
        </w:rPr>
        <w:t>Date: __________________________________________________</w:t>
      </w:r>
    </w:p>
    <w:p/>
    <w:p/>
    <w:p>
      <w:r>
        <w:rPr>
          <w:b/>
          <w:sz w:val="20"/>
        </w:rPr>
        <w:t>Certification by Service Dog Trainer or Medical Professional:</w:t>
      </w:r>
    </w:p>
    <w:p>
      <w:r>
        <w:rPr>
          <w:b w:val="0"/>
          <w:sz w:val="20"/>
        </w:rPr>
        <w:t>I certify that the service dog described herein has been trained to perform tasks to assist the handler with their disability and meets the standards of a service dog under Canadian law.</w:t>
      </w:r>
    </w:p>
    <w:p>
      <w:r>
        <w:rPr>
          <w:b w:val="0"/>
          <w:sz w:val="20"/>
        </w:rPr>
        <w:t>Name: ________________________________________________________________</w:t>
      </w:r>
    </w:p>
    <w:p>
      <w:r>
        <w:rPr>
          <w:b w:val="0"/>
          <w:sz w:val="20"/>
        </w:rPr>
        <w:t>Title / Qualification: _________________________________________________</w:t>
      </w:r>
    </w:p>
    <w:p>
      <w:r>
        <w:rPr>
          <w:b w:val="0"/>
          <w:sz w:val="20"/>
        </w:rPr>
        <w:t>Organization: __________________________________________________________</w:t>
      </w:r>
    </w:p>
    <w:p>
      <w:r>
        <w:rPr>
          <w:b w:val="0"/>
          <w:sz w:val="20"/>
        </w:rPr>
        <w:t>Contact Information: _________________________________________________</w:t>
      </w:r>
    </w:p>
    <w:p>
      <w:r>
        <w:rPr>
          <w:b w:val="0"/>
          <w:sz w:val="20"/>
        </w:rPr>
        <w:t>Signature: ____________________________________________________________</w:t>
      </w:r>
    </w:p>
    <w:p>
      <w:r>
        <w:rPr>
          <w:b w:val="0"/>
          <w:sz w:val="20"/>
        </w:rPr>
        <w:t>Date: ________________________________________________________________</w:t>
      </w:r>
    </w:p>
    <w:p/>
    <w:p/>
    <w:p>
      <w:r>
        <w:rPr>
          <w:b/>
          <w:sz w:val="20"/>
        </w:rPr>
        <w:t>Disclaimer:</w:t>
      </w:r>
    </w:p>
    <w:p>
      <w:r>
        <w:rPr>
          <w:b w:val="0"/>
          <w:sz w:val="20"/>
        </w:rPr>
        <w:t>This letter is provided for the purpose of confirming the handler's use of a service dog and is not a guarantee of accommodation. All parties must comply with applicable laws and regulations. Verification of service dog status may be requested only to the extent permitted by law.</w:t>
      </w:r>
    </w:p>
    <w:p/>
    <w:p/>
    <w:p>
      <w:r>
        <w:rPr>
          <w:b w:val="0"/>
          <w:sz w:val="20"/>
        </w:rPr>
        <w:t>Official Stamp / Seal: 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DOG HANDLER</w:t>
            </w:r>
          </w:p>
        </w:tc>
        <w:tc>
          <w:tcPr>
            <w:tcW w:type="dxa" w:w="4986"/>
            <w:tcBorders>
              <w:top w:val="nil"/>
              <w:left w:val="nil"/>
              <w:bottom w:val="nil"/>
              <w:right w:val="nil"/>
              <w:insideH w:val="nil"/>
              <w:insideV w:val="nil"/>
            </w:tcBorders>
          </w:tcPr>
          <w:p>
            <w:pPr>
              <w:jc w:val="center"/>
            </w:pPr>
            <w:r>
              <w:t>TRAINER / MEDICAL PROFESSIONAL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https://docstemplates-ca.com/service-dog-letter/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ervice-dog-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