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PAYMENT AGREEMENT</w:t>
      </w:r>
    </w:p>
    <w:p/>
    <w:p>
      <w:r>
        <w:rPr>
          <w:b/>
          <w:sz w:val="20"/>
        </w:rPr>
        <w:t>PARTIES TO THE AGREEMENT:</w:t>
      </w:r>
    </w:p>
    <w:p>
      <w:r>
        <w:rPr>
          <w:b w:val="0"/>
          <w:sz w:val="20"/>
        </w:rPr>
        <w:t>Payor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val="0"/>
          <w:sz w:val="20"/>
        </w:rPr>
        <w:t>Payee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the Payor agrees to pay the Payee a specified sum under the terms set forth below;</w:t>
      </w:r>
    </w:p>
    <w:p>
      <w:r>
        <w:rPr>
          <w:b w:val="0"/>
          <w:sz w:val="20"/>
        </w:rPr>
        <w:t>AND WHEREAS, the Payee agrees to accept such payment under the conditions contained herein;</w:t>
      </w:r>
    </w:p>
    <w:p>
      <w:r>
        <w:rPr>
          <w:b w:val="0"/>
          <w:sz w:val="20"/>
        </w:rPr>
        <w:t>NOW, THEREFORE, in consideration of the mutual promises and covenants contained herein, the parties agree as follows:</w:t>
      </w:r>
    </w:p>
    <w:p/>
    <w:p/>
    <w:p>
      <w:r>
        <w:rPr>
          <w:b/>
          <w:sz w:val="20"/>
        </w:rPr>
        <w:t>1. PAYMENT TERMS</w:t>
      </w:r>
    </w:p>
    <w:p>
      <w:r>
        <w:rPr>
          <w:b w:val="0"/>
          <w:sz w:val="20"/>
        </w:rPr>
        <w:t>1.1 Payment Amount: The Payor agrees to pay the Payee the total sum of __________________ CAD (Canadian Dollars).</w:t>
      </w:r>
    </w:p>
    <w:p>
      <w:r>
        <w:rPr>
          <w:b w:val="0"/>
          <w:sz w:val="20"/>
        </w:rPr>
        <w:t>1.2 Payment Schedule: The payment shall be made as follows:</w:t>
      </w:r>
    </w:p>
    <w:p>
      <w:r>
        <w:rPr>
          <w:b w:val="0"/>
          <w:sz w:val="20"/>
        </w:rPr>
        <w:t xml:space="preserve">    ☐ Lump sum payment upon execution of this Agreement.</w:t>
      </w:r>
    </w:p>
    <w:p>
      <w:r>
        <w:rPr>
          <w:b w:val="0"/>
          <w:sz w:val="20"/>
        </w:rPr>
        <w:t xml:space="preserve">    ☐ Installments according to the following schedule:</w:t>
      </w:r>
    </w:p>
    <w:p>
      <w:r>
        <w:rPr>
          <w:b w:val="0"/>
          <w:sz w:val="20"/>
        </w:rPr>
        <w:t xml:space="preserve">        - First installment: __________ CAD due on ______________________</w:t>
      </w:r>
    </w:p>
    <w:p>
      <w:r>
        <w:rPr>
          <w:b w:val="0"/>
          <w:sz w:val="20"/>
        </w:rPr>
        <w:t xml:space="preserve">        - Subsequent installments: ________________________________</w:t>
      </w:r>
    </w:p>
    <w:p>
      <w:r>
        <w:rPr>
          <w:b w:val="0"/>
          <w:sz w:val="20"/>
        </w:rPr>
        <w:t>1.3 Payment Method: Payments shall be made by (e.g., Interac e-Transfer, Cheque, Bank Transfer): ____________________________.</w:t>
      </w:r>
    </w:p>
    <w:p/>
    <w:p>
      <w:r>
        <w:rPr>
          <w:b/>
          <w:sz w:val="20"/>
        </w:rPr>
        <w:t>2. OBLIGATIONS OF THE PARTIES</w:t>
      </w:r>
    </w:p>
    <w:p>
      <w:r>
        <w:rPr>
          <w:b w:val="0"/>
          <w:sz w:val="20"/>
        </w:rPr>
        <w:t>2.1 The Payor shall make payments in accordance with the terms set out in Section 1.</w:t>
      </w:r>
    </w:p>
    <w:p>
      <w:r>
        <w:rPr>
          <w:b w:val="0"/>
          <w:sz w:val="20"/>
        </w:rPr>
        <w:t>2.2 The Payee shall provide receipts or written confirmation upon receipt of each payment.</w:t>
      </w:r>
    </w:p>
    <w:p/>
    <w:p>
      <w:r>
        <w:rPr>
          <w:b/>
          <w:sz w:val="20"/>
        </w:rPr>
        <w:t>3. LATE PAYMENTS AND DEFAULT</w:t>
      </w:r>
    </w:p>
    <w:p>
      <w:r>
        <w:rPr>
          <w:b w:val="0"/>
          <w:sz w:val="20"/>
        </w:rPr>
        <w:t>3.1 If any payment is not made within ____ days of its due date, the Payor shall be considered in default.</w:t>
      </w:r>
    </w:p>
    <w:p>
      <w:r>
        <w:rPr>
          <w:b w:val="0"/>
          <w:sz w:val="20"/>
        </w:rPr>
        <w:t>3.2 Upon default, the Payee may charge interest on overdue amounts at a rate of ____% per annum, calculated daily until payment is received in full.</w:t>
      </w:r>
    </w:p>
    <w:p>
      <w:r>
        <w:rPr>
          <w:b w:val="0"/>
          <w:sz w:val="20"/>
        </w:rPr>
        <w:t>3.3 The Payee reserves the right to pursue all legal remedies available under Canadian law to recover unpaid amounts.</w:t>
      </w:r>
    </w:p>
    <w:p/>
    <w:p>
      <w:r>
        <w:rPr>
          <w:b/>
          <w:sz w:val="20"/>
        </w:rPr>
        <w:t>4. TERMINATION</w:t>
      </w:r>
    </w:p>
    <w:p>
      <w:r>
        <w:rPr>
          <w:b w:val="0"/>
          <w:sz w:val="20"/>
        </w:rPr>
        <w:t>4.1 This Agreement shall terminate upon full payment of the amount specified in Section 1.1.</w:t>
      </w:r>
    </w:p>
    <w:p>
      <w:r>
        <w:rPr>
          <w:b w:val="0"/>
          <w:sz w:val="20"/>
        </w:rPr>
        <w:t>4.2 Either party may terminate this Agreement upon written notice if the other party materially breaches any term herein and fails to cure such breach within ____ days of written notice.</w:t>
      </w:r>
    </w:p>
    <w:p/>
    <w:p>
      <w:r>
        <w:rPr>
          <w:b/>
          <w:sz w:val="20"/>
        </w:rPr>
        <w:t>5. REPRESENTATIONS AND WARRANTIES</w:t>
      </w:r>
    </w:p>
    <w:p>
      <w:r>
        <w:rPr>
          <w:b w:val="0"/>
          <w:sz w:val="20"/>
        </w:rPr>
        <w:t>5.1 Each party represents and warrants that it has full power and authority to enter into this Agreement and perform its obligations.</w:t>
      </w:r>
    </w:p>
    <w:p>
      <w:r>
        <w:rPr>
          <w:b w:val="0"/>
          <w:sz w:val="20"/>
        </w:rPr>
        <w:t>5.2 The Payor represents that all payments made under this Agreement are lawful and not derived from any illegal activity.</w:t>
      </w:r>
    </w:p>
    <w:p/>
    <w:p>
      <w:r>
        <w:rPr>
          <w:b/>
          <w:sz w:val="20"/>
        </w:rPr>
        <w:t>6. INDEMNITY</w:t>
      </w:r>
    </w:p>
    <w:p>
      <w:r>
        <w:rPr>
          <w:b w:val="0"/>
          <w:sz w:val="20"/>
        </w:rPr>
        <w:t>6.1 The Payor agrees to indemnify and hold harmless the Payee from any claims, damages, or liabilities arising from the Payor's failure to make timely payments or any breach of this Agreement.</w:t>
      </w:r>
    </w:p>
    <w:p/>
    <w:p>
      <w:r>
        <w:rPr>
          <w:b/>
          <w:sz w:val="20"/>
        </w:rPr>
        <w:t>7. GOVERNING LAW AND JURISDICTION</w:t>
      </w:r>
    </w:p>
    <w:p>
      <w:r>
        <w:rPr>
          <w:b w:val="0"/>
          <w:sz w:val="20"/>
        </w:rPr>
        <w:t>7.1 This Agreement shall be governed by and construed in accordance with the laws of Canada and the province or territory of ______________________.</w:t>
      </w:r>
    </w:p>
    <w:p>
      <w:r>
        <w:rPr>
          <w:b w:val="0"/>
          <w:sz w:val="20"/>
        </w:rPr>
        <w:t>7.2 The parties consent to the exclusive jurisdiction of the courts located in ______________________ for any disputes arising out of or related to this Agreement.</w:t>
      </w:r>
    </w:p>
    <w:p/>
    <w:p>
      <w:r>
        <w:rPr>
          <w:b/>
          <w:sz w:val="20"/>
        </w:rPr>
        <w:t>8. ENTIRE AGREEMENT</w:t>
      </w:r>
    </w:p>
    <w:p>
      <w:r>
        <w:rPr>
          <w:b w:val="0"/>
          <w:sz w:val="20"/>
        </w:rPr>
        <w:t>8.1 This Agreement constitutes the entire agreement between the parties concerning its subject matter and supersedes all prior agreements, understandings, and representations, whether oral or written.</w:t>
      </w:r>
    </w:p>
    <w:p/>
    <w:p>
      <w:r>
        <w:rPr>
          <w:b/>
          <w:sz w:val="20"/>
        </w:rPr>
        <w:t>9. AMENDMENTS</w:t>
      </w:r>
    </w:p>
    <w:p>
      <w:r>
        <w:rPr>
          <w:b w:val="0"/>
          <w:sz w:val="20"/>
        </w:rPr>
        <w:t>9.1 No amendment or modification of this Agreement shall be valid unless made in writing and signed by both parties.</w:t>
      </w:r>
    </w:p>
    <w:p/>
    <w:p>
      <w:r>
        <w:rPr>
          <w:b/>
          <w:sz w:val="20"/>
        </w:rPr>
        <w:t>10. SEVERABILITY</w:t>
      </w:r>
    </w:p>
    <w:p>
      <w:r>
        <w:rPr>
          <w:b w:val="0"/>
          <w:sz w:val="20"/>
        </w:rPr>
        <w:t>10.1 If any provision of this Agreement is found to be invalid or unenforceable by a court of competent jurisdiction, the remaining provisions shall continue in full force and effect.</w:t>
      </w:r>
    </w:p>
    <w:p/>
    <w:p>
      <w:r>
        <w:rPr>
          <w:b/>
          <w:sz w:val="20"/>
        </w:rPr>
        <w:t>11. NOTICES</w:t>
      </w:r>
    </w:p>
    <w:p>
      <w:r>
        <w:rPr>
          <w:b w:val="0"/>
          <w:sz w:val="20"/>
        </w:rPr>
        <w:t>11.1 Any notice required or permitted under this Agreement shall be in writing and delivered by hand, certified mail, or electronic mail to the addresses provided by the parties above or any other address designated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PAYOR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https://docstemplates-ca.com/simple-payment-agreement/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imple-payment-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