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TERMINATION LETTER WITHOUT CAUSE</w:t>
      </w:r>
    </w:p>
    <w:p/>
    <w:p/>
    <w:p>
      <w:r>
        <w:rPr>
          <w:b w:val="0"/>
          <w:sz w:val="20"/>
        </w:rPr>
        <w:t>To:</w:t>
      </w:r>
    </w:p>
    <w:p>
      <w:r>
        <w:rPr>
          <w:b w:val="0"/>
          <w:sz w:val="20"/>
        </w:rPr>
        <w:t>Employee Name: ______________________________________________</w:t>
      </w:r>
    </w:p>
    <w:p>
      <w:r>
        <w:rPr>
          <w:b w:val="0"/>
          <w:sz w:val="20"/>
        </w:rPr>
        <w:t>Employee Address: ___________________________________________</w:t>
      </w:r>
    </w:p>
    <w:p>
      <w:r>
        <w:rPr>
          <w:b w:val="0"/>
          <w:sz w:val="20"/>
        </w:rPr>
        <w:t>___________________________________________________________</w:t>
      </w:r>
    </w:p>
    <w:p/>
    <w:p>
      <w:r>
        <w:rPr>
          <w:b w:val="0"/>
          <w:sz w:val="20"/>
        </w:rPr>
        <w:t>From:</w:t>
      </w:r>
    </w:p>
    <w:p>
      <w:r>
        <w:rPr>
          <w:b w:val="0"/>
          <w:sz w:val="20"/>
        </w:rPr>
        <w:t>Employer Name: ______________________________________________</w:t>
      </w:r>
    </w:p>
    <w:p>
      <w:r>
        <w:rPr>
          <w:b w:val="0"/>
          <w:sz w:val="20"/>
        </w:rPr>
        <w:t>Employer Address: ___________________________________________</w:t>
      </w:r>
    </w:p>
    <w:p>
      <w:r>
        <w:rPr>
          <w:b w:val="0"/>
          <w:sz w:val="20"/>
        </w:rPr>
        <w:t>___________________________________________________________</w:t>
      </w:r>
    </w:p>
    <w:p/>
    <w:p/>
    <w:p>
      <w:r>
        <w:rPr>
          <w:b w:val="0"/>
          <w:sz w:val="20"/>
        </w:rPr>
        <w:t>Dear ____________________________________________,</w:t>
      </w:r>
    </w:p>
    <w:p/>
    <w:p>
      <w:r>
        <w:rPr>
          <w:b/>
          <w:sz w:val="20"/>
        </w:rPr>
        <w:t>SUBJECT: TERMINATION OF EMPLOYMENT WITHOUT CAUSE</w:t>
      </w:r>
    </w:p>
    <w:p/>
    <w:p>
      <w:r>
        <w:rPr>
          <w:b w:val="0"/>
          <w:sz w:val="20"/>
        </w:rPr>
        <w:t>This letter serves as formal notice of the termination of your employment with the Employer, effective immediately, without cause, in accordance with applicable Ontario employment laws.</w:t>
      </w:r>
    </w:p>
    <w:p/>
    <w:p>
      <w:r>
        <w:rPr>
          <w:b/>
          <w:sz w:val="20"/>
        </w:rPr>
        <w:t>1. TERMINATION DETAILS</w:t>
      </w:r>
    </w:p>
    <w:p>
      <w:r>
        <w:rPr>
          <w:b w:val="0"/>
          <w:sz w:val="20"/>
        </w:rPr>
        <w:t>Your employment with the Employer will end as of the date of this letter. This termination is without cause and in compliance with the Employment Standards Act, 2000 (ESA) of Ontario and any applicable common law obligations.</w:t>
      </w:r>
    </w:p>
    <w:p/>
    <w:p>
      <w:r>
        <w:rPr>
          <w:b/>
          <w:sz w:val="20"/>
        </w:rPr>
        <w:t>2. NOTICE AND SEVERANCE PAY</w:t>
      </w:r>
    </w:p>
    <w:p>
      <w:r>
        <w:rPr>
          <w:b w:val="0"/>
          <w:sz w:val="20"/>
        </w:rPr>
        <w:t>In compliance with the ESA and common law, you will receive the following consideration in lieu of notice:</w:t>
      </w:r>
    </w:p>
    <w:p>
      <w:r>
        <w:rPr>
          <w:b w:val="0"/>
          <w:sz w:val="20"/>
        </w:rPr>
        <w:t>- Statutory notice period or pay in lieu thereof: _______________</w:t>
      </w:r>
    </w:p>
    <w:p>
      <w:r>
        <w:rPr>
          <w:b w:val="0"/>
          <w:sz w:val="20"/>
        </w:rPr>
        <w:t>- Statutory severance pay or pay in lieu thereof (if applicable): _______________</w:t>
      </w:r>
    </w:p>
    <w:p>
      <w:r>
        <w:rPr>
          <w:b w:val="0"/>
          <w:sz w:val="20"/>
        </w:rPr>
        <w:t>- Any accrued but unused vacation pay: _______________</w:t>
      </w:r>
    </w:p>
    <w:p>
      <w:r>
        <w:rPr>
          <w:b w:val="0"/>
          <w:sz w:val="20"/>
        </w:rPr>
        <w:t>- Any other entitlements as per your employment contract or applicable law: _______________</w:t>
      </w:r>
    </w:p>
    <w:p/>
    <w:p>
      <w:r>
        <w:rPr>
          <w:b/>
          <w:sz w:val="20"/>
        </w:rPr>
        <w:t>3. FINAL PAY AND BENEFITS</w:t>
      </w:r>
    </w:p>
    <w:p>
      <w:r>
        <w:rPr>
          <w:b w:val="0"/>
          <w:sz w:val="20"/>
        </w:rPr>
        <w:t>All earned wages, commissions, bonuses, and accrued vacation pay will be paid to you as part of your final pay. Your benefits coverage will continue until _______________. You will receive information regarding continuation or conversion of benefits separately.</w:t>
      </w:r>
    </w:p>
    <w:p/>
    <w:p>
      <w:r>
        <w:rPr>
          <w:b/>
          <w:sz w:val="20"/>
        </w:rPr>
        <w:t>4. RETURN OF EMPLOYER PROPERTY</w:t>
      </w:r>
    </w:p>
    <w:p>
      <w:r>
        <w:rPr>
          <w:b w:val="0"/>
          <w:sz w:val="20"/>
        </w:rPr>
        <w:t>Please return any Employer property, including but not limited to keys, equipment, documents, and electronic devices, by no later than _______________. Failure to return such property may result in deductions permitted by law.</w:t>
      </w:r>
    </w:p>
    <w:p/>
    <w:p>
      <w:r>
        <w:rPr>
          <w:b/>
          <w:sz w:val="20"/>
        </w:rPr>
        <w:t>5. CONFIDENTIALITY AND NON-DISCLOSURE</w:t>
      </w:r>
    </w:p>
    <w:p>
      <w:r>
        <w:rPr>
          <w:b w:val="0"/>
          <w:sz w:val="20"/>
        </w:rPr>
        <w:t>You remain bound by all confidentiality, non-disclosure, and non-competition obligations as provided in your employment agreement or otherwise applicable by law. These obligations survive the termination of your employment.</w:t>
      </w:r>
    </w:p>
    <w:p/>
    <w:p>
      <w:r>
        <w:rPr>
          <w:b/>
          <w:sz w:val="20"/>
        </w:rPr>
        <w:t>6. RELEASE OF CLAIMS</w:t>
      </w:r>
    </w:p>
    <w:p>
      <w:r>
        <w:rPr>
          <w:b w:val="0"/>
          <w:sz w:val="20"/>
        </w:rPr>
        <w:t>Upon receipt of the agreed severance and final payments, you agree to release the Employer from any claims, demands, or causes of action arising from your employment or termination thereof, except as provided by law or in this letter.</w:t>
      </w:r>
    </w:p>
    <w:p/>
    <w:p>
      <w:r>
        <w:rPr>
          <w:b/>
          <w:sz w:val="20"/>
        </w:rPr>
        <w:t>7. GOVERNING LAW</w:t>
      </w:r>
    </w:p>
    <w:p>
      <w:r>
        <w:rPr>
          <w:b w:val="0"/>
          <w:sz w:val="20"/>
        </w:rPr>
        <w:t>This termination letter and any related matters shall be governed by and construed in accordance with the laws of the Province of Ontario and the federal laws of Canada applicable therein.</w:t>
      </w:r>
    </w:p>
    <w:p/>
    <w:p/>
    <w:p>
      <w:r>
        <w:rPr>
          <w:b w:val="0"/>
          <w:sz w:val="20"/>
        </w:rPr>
        <w:t>Please contact Human Resources should you have any questions regarding this termination or the transition process.</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w:t>
            </w:r>
          </w:p>
        </w:tc>
        <w:tc>
          <w:tcPr>
            <w:tcW w:type="dxa" w:w="4986"/>
            <w:tcBorders>
              <w:top w:val="nil"/>
              <w:left w:val="nil"/>
              <w:bottom w:val="nil"/>
              <w:right w:val="nil"/>
              <w:insideH w:val="nil"/>
              <w:insideV w:val="nil"/>
            </w:tcBorders>
          </w:tcPr>
          <w:p>
            <w:pPr>
              <w:jc w:val="center"/>
            </w:pPr>
            <w:r>
              <w:t>Name: ______________________________</w:t>
            </w:r>
          </w:p>
        </w:tc>
      </w:tr>
    </w:tbl>
    <w:p/>
    <w:p/>
    <w:p>
      <w:r>
        <w:rPr>
          <w:b w:val="0"/>
          <w:sz w:val="20"/>
        </w:rPr>
        <w:t>Date: 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https://docstemplates-ca.com/termination-letter-without-cause-ontario/</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termination-letter-without-cause-ontario/"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