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UNIVERSITY REFERENCE LETTER</w:t>
      </w:r>
    </w:p>
    <w:p/>
    <w:p/>
    <w:p>
      <w:r>
        <w:rPr>
          <w:b w:val="0"/>
          <w:sz w:val="20"/>
        </w:rPr>
        <w:t>To Whom It May Concern,</w:t>
      </w:r>
    </w:p>
    <w:p/>
    <w:p>
      <w:r>
        <w:rPr>
          <w:b w:val="0"/>
          <w:sz w:val="20"/>
        </w:rPr>
        <w:t>This letter is provided upon the request of the student named below for the purposes of academic, professional, or personal reference. It is issued by the faculty or administrative office of the university under the authority vested by Canadian laws governing educational institutions.</w:t>
      </w:r>
    </w:p>
    <w:p/>
    <w:p/>
    <w:p>
      <w:r>
        <w:rPr>
          <w:b/>
          <w:sz w:val="20"/>
        </w:rPr>
        <w:t>STUDENT INFORMATION</w:t>
      </w:r>
    </w:p>
    <w:p>
      <w:r>
        <w:rPr>
          <w:b w:val="0"/>
          <w:sz w:val="20"/>
        </w:rPr>
        <w:t>Full Name: ____________________________________________________________</w:t>
      </w:r>
    </w:p>
    <w:p>
      <w:r>
        <w:rPr>
          <w:b w:val="0"/>
          <w:sz w:val="20"/>
        </w:rPr>
        <w:t>Student ID Number: _____________________________________________________</w:t>
      </w:r>
    </w:p>
    <w:p>
      <w:r>
        <w:rPr>
          <w:b w:val="0"/>
          <w:sz w:val="20"/>
        </w:rPr>
        <w:t>Program of Study: ______________________________________________________</w:t>
      </w:r>
    </w:p>
    <w:p>
      <w:r>
        <w:rPr>
          <w:b w:val="0"/>
          <w:sz w:val="20"/>
        </w:rPr>
        <w:t>Faculty/Department: ____________________________________________________</w:t>
      </w:r>
    </w:p>
    <w:p>
      <w:r>
        <w:rPr>
          <w:b w:val="0"/>
          <w:sz w:val="20"/>
        </w:rPr>
        <w:t>Period of Study at University: __________________________________________</w:t>
      </w:r>
    </w:p>
    <w:p/>
    <w:p>
      <w:r>
        <w:rPr>
          <w:b/>
          <w:sz w:val="20"/>
        </w:rPr>
        <w:t>REFEREE INFORMATION</w:t>
      </w:r>
    </w:p>
    <w:p>
      <w:r>
        <w:rPr>
          <w:b w:val="0"/>
          <w:sz w:val="20"/>
        </w:rPr>
        <w:t>Name: ________________________________________________________________</w:t>
      </w:r>
    </w:p>
    <w:p>
      <w:r>
        <w:rPr>
          <w:b w:val="0"/>
          <w:sz w:val="20"/>
        </w:rPr>
        <w:t>Title/Position: _________________________________________________________</w:t>
      </w:r>
    </w:p>
    <w:p>
      <w:r>
        <w:rPr>
          <w:b w:val="0"/>
          <w:sz w:val="20"/>
        </w:rPr>
        <w:t>Faculty/Department: ____________________________________________________</w:t>
      </w:r>
    </w:p>
    <w:p>
      <w:r>
        <w:rPr>
          <w:b w:val="0"/>
          <w:sz w:val="20"/>
        </w:rPr>
        <w:t>Contact Email: _________________________________________________________</w:t>
      </w:r>
    </w:p>
    <w:p>
      <w:r>
        <w:rPr>
          <w:b w:val="0"/>
          <w:sz w:val="20"/>
        </w:rPr>
        <w:t>Contact Phone Number: _________________________________________________</w:t>
      </w:r>
    </w:p>
    <w:p/>
    <w:p>
      <w:r>
        <w:rPr>
          <w:b/>
          <w:sz w:val="20"/>
        </w:rPr>
        <w:t>PURPOSE OF THE REFERENCE LETTER</w:t>
      </w:r>
    </w:p>
    <w:p>
      <w:r>
        <w:rPr>
          <w:b w:val="0"/>
          <w:sz w:val="20"/>
        </w:rPr>
        <w:t>The purpose of this reference letter is to provide an honest, fair, and legally compliant assessment of the student's academic and/or professional abilities, character, and conduct during their period of study at the university. This letter may be used for employment applications, further education admissions, scholarships, or other official uses as authorized by the student.</w:t>
      </w:r>
    </w:p>
    <w:p/>
    <w:p/>
    <w:p>
      <w:r>
        <w:rPr>
          <w:b/>
          <w:sz w:val="20"/>
        </w:rPr>
        <w:t>ACADEMIC PERFORMANCE AND ACHIEVEMENTS</w:t>
      </w:r>
    </w:p>
    <w:p>
      <w:r>
        <w:rPr>
          <w:b w:val="0"/>
          <w:sz w:val="20"/>
        </w:rPr>
        <w:t>The student has demonstrated the following academic qualities during their tenure at the university:</w:t>
      </w:r>
    </w:p>
    <w:p>
      <w:r>
        <w:rPr>
          <w:b w:val="0"/>
          <w:sz w:val="20"/>
        </w:rPr>
        <w:t>- Diligence and commitment to coursework and research.</w:t>
      </w:r>
    </w:p>
    <w:p>
      <w:r>
        <w:rPr>
          <w:b w:val="0"/>
          <w:sz w:val="20"/>
        </w:rPr>
        <w:t>- Ability to meet deadlines and work independently and collaboratively.</w:t>
      </w:r>
    </w:p>
    <w:p>
      <w:r>
        <w:rPr>
          <w:b w:val="0"/>
          <w:sz w:val="20"/>
        </w:rPr>
        <w:t>- Achievement of satisfactory grades and successful completion of required credits.</w:t>
      </w:r>
    </w:p>
    <w:p>
      <w:r>
        <w:rPr>
          <w:b w:val="0"/>
          <w:sz w:val="20"/>
        </w:rPr>
        <w:t>- Participation in relevant extracurricular or research activities (if applicable).</w:t>
      </w:r>
    </w:p>
    <w:p/>
    <w:p>
      <w:r>
        <w:rPr>
          <w:b/>
          <w:sz w:val="20"/>
        </w:rPr>
        <w:t>PERSONAL QUALITIES AND ATTRIBUTES</w:t>
      </w:r>
    </w:p>
    <w:p>
      <w:r>
        <w:rPr>
          <w:b w:val="0"/>
          <w:sz w:val="20"/>
        </w:rPr>
        <w:t>The referee attests that the student possesses the following qualities:</w:t>
      </w:r>
    </w:p>
    <w:p>
      <w:r>
        <w:rPr>
          <w:b w:val="0"/>
          <w:sz w:val="20"/>
        </w:rPr>
        <w:t>- Integrity, responsibility, and professionalism in academic dealings.</w:t>
      </w:r>
    </w:p>
    <w:p>
      <w:r>
        <w:rPr>
          <w:b w:val="0"/>
          <w:sz w:val="20"/>
        </w:rPr>
        <w:t>- Respectful and cooperative attitude towards faculty, staff, and peers.</w:t>
      </w:r>
    </w:p>
    <w:p>
      <w:r>
        <w:rPr>
          <w:b w:val="0"/>
          <w:sz w:val="20"/>
        </w:rPr>
        <w:t>- Effective communication skills and problem-solving capabilities.</w:t>
      </w:r>
    </w:p>
    <w:p>
      <w:r>
        <w:rPr>
          <w:b w:val="0"/>
          <w:sz w:val="20"/>
        </w:rPr>
        <w:t>- Adaptability and willingness to learn and grow.</w:t>
      </w:r>
    </w:p>
    <w:p/>
    <w:p>
      <w:r>
        <w:rPr>
          <w:b/>
          <w:sz w:val="20"/>
        </w:rPr>
        <w:t>LIMITATIONS AND CONFIDENTIALITY</w:t>
      </w:r>
    </w:p>
    <w:p>
      <w:r>
        <w:rPr>
          <w:b w:val="0"/>
          <w:sz w:val="20"/>
        </w:rPr>
        <w:t>This reference letter reflects the referee's honest opinion based on their interaction with the student. It does not guarantee any future performance or outcomes. Any sensitive or confidential information has been handled in compliance with applicable Canadian privacy laws, including but not limited to the Personal Information Protection and Electronic Documents Act (PIPEDA). Unauthorized use or distribution of this letter is prohibited.</w:t>
      </w:r>
    </w:p>
    <w:p/>
    <w:p>
      <w:r>
        <w:rPr>
          <w:b/>
          <w:sz w:val="20"/>
        </w:rPr>
        <w:t>LEGAL DISCLAIMER</w:t>
      </w:r>
    </w:p>
    <w:p>
      <w:r>
        <w:rPr>
          <w:b w:val="0"/>
          <w:sz w:val="20"/>
        </w:rPr>
        <w:t>This reference letter is issued under the laws of Canada and is intended solely for the use specified herein. The university and the referee disclaim any liability arising from misinterpretation or misuse of this letter beyond its intended purpose. Any disputes relating to this letter shall be governed by Canadian law and subject to the jurisdiction of the appropriate courts.</w:t>
      </w:r>
    </w:p>
    <w:p/>
    <w:p/>
    <w:p>
      <w:r>
        <w:rPr>
          <w:b w:val="0"/>
          <w:sz w:val="20"/>
        </w:rPr>
        <w:t>If additional information is required, please contact the referee at the provided contact details.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Referee Signature</w:t>
            </w:r>
          </w:p>
        </w:tc>
        <w:tc>
          <w:tcPr>
            <w:tcW w:type="dxa" w:w="4986"/>
            <w:tcBorders>
              <w:top w:val="nil"/>
              <w:left w:val="nil"/>
              <w:bottom w:val="nil"/>
              <w:right w:val="nil"/>
              <w:insideH w:val="nil"/>
              <w:insideV w:val="nil"/>
            </w:tcBorders>
          </w:tcPr>
          <w:p>
            <w:pPr>
              <w:jc w:val="center"/>
            </w:pPr>
            <w:r>
              <w:t>University Official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University Name: 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r>
        <w:rPr>
          <w:b w:val="0"/>
          <w:sz w:val="20"/>
        </w:rPr>
        <w:t>Website: _______________________________________________________________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https://docstemplates-ca.com/university-reference-letter/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university-reference-letter/"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