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CANADA VENDOR AGREEMENT</w:t>
      </w:r>
    </w:p>
    <w:p/>
    <w:p>
      <w:r>
        <w:rPr>
          <w:b/>
          <w:sz w:val="20"/>
        </w:rPr>
        <w:t>This Vendor Agreement (the “Agreement”) is entered into by and between:</w:t>
      </w:r>
    </w:p>
    <w:p>
      <w:r>
        <w:rPr>
          <w:b/>
          <w:sz w:val="20"/>
        </w:rPr>
        <w:t>Vendor:</w:t>
      </w:r>
    </w:p>
    <w:p>
      <w:r>
        <w:rPr>
          <w:b w:val="0"/>
          <w:sz w:val="20"/>
        </w:rPr>
        <w:t>Name: __________________________________________________________</w:t>
      </w:r>
    </w:p>
    <w:p>
      <w:r>
        <w:rPr>
          <w:b w:val="0"/>
          <w:sz w:val="20"/>
        </w:rPr>
        <w:t>Address: _______________________________________________________</w:t>
      </w:r>
    </w:p>
    <w:p>
      <w:r>
        <w:rPr>
          <w:b w:val="0"/>
          <w:sz w:val="20"/>
        </w:rPr>
        <w:t>Phone: _________________________________________________________</w:t>
      </w:r>
    </w:p>
    <w:p>
      <w:r>
        <w:rPr>
          <w:b w:val="0"/>
          <w:sz w:val="20"/>
        </w:rPr>
        <w:t>Email: _________________________________________________________</w:t>
      </w:r>
    </w:p>
    <w:p/>
    <w:p>
      <w:pPr>
        <w:jc w:val="center"/>
      </w:pPr>
      <w:r>
        <w:rPr>
          <w:b w:val="0"/>
          <w:sz w:val="20"/>
        </w:rPr>
        <w:t>and</w:t>
      </w:r>
    </w:p>
    <w:p/>
    <w:p>
      <w:r>
        <w:rPr>
          <w:b/>
          <w:sz w:val="20"/>
        </w:rPr>
        <w:t>Client:</w:t>
      </w:r>
    </w:p>
    <w:p>
      <w:r>
        <w:rPr>
          <w:b w:val="0"/>
          <w:sz w:val="20"/>
        </w:rPr>
        <w:t>Name: __________________________________________________________</w:t>
      </w:r>
    </w:p>
    <w:p>
      <w:r>
        <w:rPr>
          <w:b w:val="0"/>
          <w:sz w:val="20"/>
        </w:rPr>
        <w:t>Address: _______________________________________________________</w:t>
      </w:r>
    </w:p>
    <w:p>
      <w:r>
        <w:rPr>
          <w:b w:val="0"/>
          <w:sz w:val="20"/>
        </w:rPr>
        <w:t>Phone: _________________________________________________________</w:t>
      </w:r>
    </w:p>
    <w:p>
      <w:r>
        <w:rPr>
          <w:b w:val="0"/>
          <w:sz w:val="20"/>
        </w:rPr>
        <w:t>Email: _________________________________________________________</w:t>
      </w:r>
    </w:p>
    <w:p/>
    <w:p/>
    <w:p>
      <w:r>
        <w:rPr>
          <w:b/>
          <w:sz w:val="20"/>
        </w:rPr>
        <w:t>RECITALS</w:t>
      </w:r>
    </w:p>
    <w:p>
      <w:r>
        <w:rPr>
          <w:b w:val="0"/>
          <w:sz w:val="20"/>
        </w:rPr>
        <w:t>WHEREAS, the Vendor is engaged in the business of providing goods and/or services as described herein;</w:t>
      </w:r>
    </w:p>
    <w:p>
      <w:r>
        <w:rPr>
          <w:b w:val="0"/>
          <w:sz w:val="20"/>
        </w:rPr>
        <w:t>WHEREAS, the Client desires to engage the Vendor to supply such goods and/or services according to the terms and conditions set forth in this Agreement;</w:t>
      </w:r>
    </w:p>
    <w:p>
      <w:r>
        <w:rPr>
          <w:b w:val="0"/>
          <w:sz w:val="20"/>
        </w:rPr>
        <w:t>NOW, THEREFORE, in consideration of the mutual covenants and promises herein contained, the parties agree as follows:</w:t>
      </w:r>
    </w:p>
    <w:p/>
    <w:p>
      <w:r>
        <w:rPr>
          <w:b/>
          <w:sz w:val="20"/>
        </w:rPr>
        <w:t>1. SCOPE OF WORK</w:t>
      </w:r>
    </w:p>
    <w:p>
      <w:r>
        <w:rPr>
          <w:b w:val="0"/>
          <w:sz w:val="20"/>
        </w:rPr>
        <w:t>The Vendor shall provide the following goods and/or services to the Client:</w:t>
      </w:r>
    </w:p>
    <w:p>
      <w:r>
        <w:rPr>
          <w:b w:val="0"/>
          <w:sz w:val="20"/>
        </w:rPr>
        <w:t>________________________________________________________________________</w:t>
      </w:r>
    </w:p>
    <w:p>
      <w:r>
        <w:rPr>
          <w:b w:val="0"/>
          <w:sz w:val="20"/>
        </w:rPr>
        <w:t>________________________________________________________________________</w:t>
      </w:r>
    </w:p>
    <w:p>
      <w:r>
        <w:rPr>
          <w:b w:val="0"/>
          <w:sz w:val="20"/>
        </w:rPr>
        <w:t>The Vendor agrees to perform the services with due diligence and professional skill according to applicable Canadian laws and industry standards.</w:t>
      </w:r>
    </w:p>
    <w:p/>
    <w:p>
      <w:r>
        <w:rPr>
          <w:b/>
          <w:sz w:val="20"/>
        </w:rPr>
        <w:t>2. TERM</w:t>
      </w:r>
    </w:p>
    <w:p>
      <w:r>
        <w:rPr>
          <w:b w:val="0"/>
          <w:sz w:val="20"/>
        </w:rPr>
        <w:t>This Agreement shall commence upon execution by both parties and shall continue until the completion of the services or delivery of goods described above, unless terminated earlier in accordance with this Agreement.</w:t>
      </w:r>
    </w:p>
    <w:p/>
    <w:p>
      <w:r>
        <w:rPr>
          <w:b/>
          <w:sz w:val="20"/>
        </w:rPr>
        <w:t>3. COMPENSATION</w:t>
      </w:r>
    </w:p>
    <w:p>
      <w:r>
        <w:rPr>
          <w:b w:val="0"/>
          <w:sz w:val="20"/>
        </w:rPr>
        <w:t>The Client agrees to pay the Vendor the total sum of: ______________________ CAD, subject to applicable taxes.</w:t>
      </w:r>
    </w:p>
    <w:p>
      <w:r>
        <w:rPr>
          <w:b w:val="0"/>
          <w:sz w:val="20"/>
        </w:rPr>
        <w:t>Payment shall be made according to the following schedule and terms:</w:t>
      </w:r>
    </w:p>
    <w:p>
      <w:r>
        <w:rPr>
          <w:b w:val="0"/>
          <w:sz w:val="20"/>
        </w:rPr>
        <w:t>________________________________________________________________________</w:t>
      </w:r>
    </w:p>
    <w:p>
      <w:r>
        <w:rPr>
          <w:b w:val="0"/>
          <w:sz w:val="20"/>
        </w:rPr>
        <w:t>Late payments shall bear interest at the rate permitted under applicable Canadian law.</w:t>
      </w:r>
    </w:p>
    <w:p/>
    <w:p>
      <w:r>
        <w:rPr>
          <w:b/>
          <w:sz w:val="20"/>
        </w:rPr>
        <w:t>4. INDEPENDENT CONTRACTOR</w:t>
      </w:r>
    </w:p>
    <w:p>
      <w:r>
        <w:rPr>
          <w:b w:val="0"/>
          <w:sz w:val="20"/>
        </w:rPr>
        <w:t>The Vendor is engaged as an independent contractor. Nothing in this Agreement creates an employer-employee relationship, partnership, joint venture, or agency relationship between the parties.</w:t>
      </w:r>
    </w:p>
    <w:p/>
    <w:p>
      <w:r>
        <w:rPr>
          <w:b/>
          <w:sz w:val="20"/>
        </w:rPr>
        <w:t>5. CONFIDENTIALITY</w:t>
      </w:r>
    </w:p>
    <w:p>
      <w:r>
        <w:rPr>
          <w:b w:val="0"/>
          <w:sz w:val="20"/>
        </w:rPr>
        <w:t>Each party agrees to keep confidential all proprietary or non-public information received from the other party during the course of this Agreement and shall not disclose such information to any third party without prior written consent, except as required by law.</w:t>
      </w:r>
    </w:p>
    <w:p/>
    <w:p>
      <w:r>
        <w:rPr>
          <w:b/>
          <w:sz w:val="20"/>
        </w:rPr>
        <w:t>6. WARRANTIES AND REPRESENTATIONS</w:t>
      </w:r>
    </w:p>
    <w:p>
      <w:r>
        <w:rPr>
          <w:b w:val="0"/>
          <w:sz w:val="20"/>
        </w:rPr>
        <w:t>The Vendor represents and warrants that all goods/services provided under this Agreement shall conform to the specifications set forth herein and shall comply with all applicable laws and regulations of Canada.</w:t>
      </w:r>
    </w:p>
    <w:p>
      <w:r>
        <w:rPr>
          <w:b w:val="0"/>
          <w:sz w:val="20"/>
        </w:rPr>
        <w:t>The Vendor further warrants that it has full authority to enter into this Agreement and perform its obligations.</w:t>
      </w:r>
    </w:p>
    <w:p/>
    <w:p>
      <w:r>
        <w:rPr>
          <w:b/>
          <w:sz w:val="20"/>
        </w:rPr>
        <w:t>7. INDEMNIFICATION</w:t>
      </w:r>
    </w:p>
    <w:p>
      <w:r>
        <w:rPr>
          <w:b w:val="0"/>
          <w:sz w:val="20"/>
        </w:rPr>
        <w:t>The Vendor agrees to indemnify, defend and hold harmless the Client and its affiliates, officers, directors, employees, and agents from and against any and all claims, damages, liabilities, losses, costs, and expenses (including reasonable attorneys' fees) arising out of or related to any breach of this Agreement, negligence, or willful misconduct of the Vendor.</w:t>
      </w:r>
    </w:p>
    <w:p/>
    <w:p>
      <w:r>
        <w:rPr>
          <w:b/>
          <w:sz w:val="20"/>
        </w:rPr>
        <w:t>8. LIMITATION OF LIABILITY</w:t>
      </w:r>
    </w:p>
    <w:p>
      <w:r>
        <w:rPr>
          <w:b w:val="0"/>
          <w:sz w:val="20"/>
        </w:rPr>
        <w:t>Except for liability arising from gross negligence or willful misconduct, neither party shall be liable for any indirect, incidental, consequential, special, or punitive damages arising out of or related to this Agreement.</w:t>
      </w:r>
    </w:p>
    <w:p/>
    <w:p>
      <w:r>
        <w:rPr>
          <w:b/>
          <w:sz w:val="20"/>
        </w:rPr>
        <w:t>9. TERMINATION</w:t>
      </w:r>
    </w:p>
    <w:p>
      <w:r>
        <w:rPr>
          <w:b w:val="0"/>
          <w:sz w:val="20"/>
        </w:rPr>
        <w:t>Either party may terminate this Agreement upon written notice if the other party breaches any material term of this Agreement and fails to cure such breach within fifteen (15) days after receipt of notice.</w:t>
      </w:r>
    </w:p>
    <w:p>
      <w:r>
        <w:rPr>
          <w:b w:val="0"/>
          <w:sz w:val="20"/>
        </w:rPr>
        <w:t>Upon termination, the Client shall pay the Vendor for all work performed and expenses incurred up to the effective date of termination.</w:t>
      </w:r>
    </w:p>
    <w:p/>
    <w:p>
      <w:r>
        <w:rPr>
          <w:b/>
          <w:sz w:val="20"/>
        </w:rPr>
        <w:t>10. GOVERNING LAW AND JURISDICTION</w:t>
      </w:r>
    </w:p>
    <w:p>
      <w:r>
        <w:rPr>
          <w:b w:val="0"/>
          <w:sz w:val="20"/>
        </w:rPr>
        <w:t>This Agreement shall be governed by and construed in accordance with the laws of the Province of ____________________, Canada. The parties submit to the exclusive jurisdiction of the courts located in that Province for any dispute arising out of or relating to this Agreement.</w:t>
      </w:r>
    </w:p>
    <w:p/>
    <w:p>
      <w:r>
        <w:rPr>
          <w:b/>
          <w:sz w:val="20"/>
        </w:rPr>
        <w:t>11. ENTIRE AGREEMENT</w:t>
      </w:r>
    </w:p>
    <w:p>
      <w:r>
        <w:rPr>
          <w:b w:val="0"/>
          <w:sz w:val="20"/>
        </w:rPr>
        <w:t>This Agreement constitutes the entire agreement between the parties and supersedes all prior agreements, understandings, negotiations and discussions, whether oral or written, relating to its subject matter.</w:t>
      </w:r>
    </w:p>
    <w:p/>
    <w:p>
      <w:r>
        <w:rPr>
          <w:b/>
          <w:sz w:val="20"/>
        </w:rPr>
        <w:t>12. AMENDMENTS</w:t>
      </w:r>
    </w:p>
    <w:p>
      <w:r>
        <w:rPr>
          <w:b w:val="0"/>
          <w:sz w:val="20"/>
        </w:rPr>
        <w:t>Any amendment or modification of this Agreement must be in writing and signed by both parties.</w:t>
      </w:r>
    </w:p>
    <w:p/>
    <w:p>
      <w:r>
        <w:rPr>
          <w:b/>
          <w:sz w:val="20"/>
        </w:rPr>
        <w:t>13. NOTICES</w:t>
      </w:r>
    </w:p>
    <w:p>
      <w:r>
        <w:rPr>
          <w:b w:val="0"/>
          <w:sz w:val="20"/>
        </w:rPr>
        <w:t>All notices required or permitted under this Agreement shall be in writing and shall be deemed given when delivered personally, sent by registered mail, or by email (with confirmation) to the addresses set forth above or such other address as either party may designate by notice.</w:t>
      </w:r>
    </w:p>
    <w:p/>
    <w:p>
      <w:r>
        <w:rPr>
          <w:b/>
          <w:sz w:val="20"/>
        </w:rPr>
        <w:t>14. FORCE MAJEURE</w:t>
      </w:r>
    </w:p>
    <w:p>
      <w:r>
        <w:rPr>
          <w:b w:val="0"/>
          <w:sz w:val="20"/>
        </w:rPr>
        <w:t>Neither party shall be liable for any failure or delay in performance due to causes beyond its reasonable control, including but not limited to acts of God, natural disasters, war, terrorism, labor disputes, government actions, or pandemics.</w:t>
      </w:r>
    </w:p>
    <w:p/>
    <w:p>
      <w:r>
        <w:rPr>
          <w:b/>
          <w:sz w:val="20"/>
        </w:rPr>
        <w:t>15. SEVERABILITY</w:t>
      </w:r>
    </w:p>
    <w:p>
      <w:r>
        <w:rPr>
          <w:b w:val="0"/>
          <w:sz w:val="20"/>
        </w:rPr>
        <w:t>If any provision of this Agreement is held to be invalid or unenforceable by a court of competent jurisdiction, the remaining provisions shall remain in full force and effect.</w:t>
      </w:r>
    </w:p>
    <w:p/>
    <w:p>
      <w:r>
        <w:rPr>
          <w:b/>
          <w:sz w:val="20"/>
        </w:rPr>
        <w:t>16. COUNTERPARTS</w:t>
      </w:r>
    </w:p>
    <w:p>
      <w:r>
        <w:rPr>
          <w:b w:val="0"/>
          <w:sz w:val="20"/>
        </w:rPr>
        <w:t>This Agreement may be executed in counterparts, each of which shall be deemed an original, but all of which together shall constitute one and the same instrument.</w:t>
      </w:r>
    </w:p>
    <w:p/>
    <w:p/>
    <w:p>
      <w:r>
        <w:rPr>
          <w:b w:val="0"/>
          <w:sz w:val="20"/>
        </w:rPr>
        <w:t>Place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VENDOR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https://docstemplates-ca.com/vendor-agreement/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https://docstemplates-ca.com</w:t>
        </w:r>
      </w:hyperlink>
    </w:p>
    <w:p>
      <w:pPr>
        <w:jc w:val="center"/>
      </w:pPr>
      <w:r>
        <w:rPr>
          <w:color w:val="808080"/>
          <w:sz w:val="20"/>
        </w:rPr>
        <w:t>This template is intended exclusively for personal, non-commercial use.</w:t>
        <w:br/>
        <w:t>If distributed or published, the source must be mentioned. © docstemplates-ca.com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ca.com/vendor-agreement/" TargetMode="External"/><Relationship Id="rId10" Type="http://schemas.openxmlformats.org/officeDocument/2006/relationships/hyperlink" Target="https://docs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