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VERBAL WARNING LETTER</w:t>
      </w:r>
    </w:p>
    <w:p/>
    <w:p/>
    <w:p>
      <w:r>
        <w:rPr>
          <w:b/>
          <w:sz w:val="20"/>
        </w:rPr>
        <w:t>From:</w:t>
      </w:r>
    </w:p>
    <w:p>
      <w:r>
        <w:rPr>
          <w:b w:val="0"/>
          <w:sz w:val="20"/>
        </w:rPr>
        <w:t>Company Name: _________________________________________________</w:t>
      </w:r>
    </w:p>
    <w:p>
      <w:r>
        <w:rPr>
          <w:b w:val="0"/>
          <w:sz w:val="20"/>
        </w:rPr>
        <w:t>Address: ______________________________________________________</w:t>
      </w:r>
    </w:p>
    <w:p>
      <w:r>
        <w:rPr>
          <w:b w:val="0"/>
          <w:sz w:val="20"/>
        </w:rPr>
        <w:t>Phone: ________________________________________________________</w:t>
      </w:r>
    </w:p>
    <w:p>
      <w:r>
        <w:rPr>
          <w:b w:val="0"/>
          <w:sz w:val="20"/>
        </w:rPr>
        <w:t>Email: ________________________________________________________</w:t>
      </w:r>
    </w:p>
    <w:p/>
    <w:p/>
    <w:p>
      <w:r>
        <w:rPr>
          <w:b/>
          <w:sz w:val="20"/>
        </w:rPr>
        <w:t>To:</w:t>
      </w:r>
    </w:p>
    <w:p>
      <w:r>
        <w:rPr>
          <w:b w:val="0"/>
          <w:sz w:val="20"/>
        </w:rPr>
        <w:t>Employee Name: ________________________________________________</w:t>
      </w:r>
    </w:p>
    <w:p>
      <w:r>
        <w:rPr>
          <w:b w:val="0"/>
          <w:sz w:val="20"/>
        </w:rPr>
        <w:t>Position: _____________________________________________________</w:t>
      </w:r>
    </w:p>
    <w:p>
      <w:r>
        <w:rPr>
          <w:b w:val="0"/>
          <w:sz w:val="20"/>
        </w:rPr>
        <w:t>Department: _________________________________________________</w:t>
      </w:r>
    </w:p>
    <w:p>
      <w:r>
        <w:rPr>
          <w:b w:val="0"/>
          <w:sz w:val="20"/>
        </w:rPr>
        <w:t>Employee ID (if applicable): ___________________________________</w:t>
      </w:r>
    </w:p>
    <w:p/>
    <w:p/>
    <w:p>
      <w:r>
        <w:rPr>
          <w:b/>
          <w:sz w:val="22"/>
        </w:rPr>
        <w:t>Subject: Verbal Warning Regarding Conduct or Performance</w:t>
      </w:r>
    </w:p>
    <w:p/>
    <w:p>
      <w:r>
        <w:rPr>
          <w:b w:val="0"/>
          <w:sz w:val="20"/>
        </w:rPr>
        <w:t>This letter serves as a formal record of a verbal warning issued to you by the management regarding concerns related to your conduct and/or performance. The purpose of this warning is to clearly communicate the issues identified and to outline the necessary steps to remedy these concerns in accordance with company policies and applicable Canadian employment laws.</w:t>
      </w:r>
    </w:p>
    <w:p/>
    <w:p/>
    <w:p>
      <w:r>
        <w:rPr>
          <w:b/>
          <w:sz w:val="22"/>
        </w:rPr>
        <w:t>1. Details of the Verbal Warning</w:t>
      </w:r>
    </w:p>
    <w:p>
      <w:r>
        <w:rPr>
          <w:b w:val="0"/>
          <w:sz w:val="20"/>
        </w:rPr>
        <w:t>During a discussion held with your supervisor/manager, the following issues were brought to your attention:</w:t>
      </w:r>
    </w:p>
    <w:p>
      <w:r>
        <w:rPr>
          <w:b w:val="0"/>
          <w:sz w:val="20"/>
        </w:rPr>
        <w:t>- ________________________________________________________________</w:t>
      </w:r>
    </w:p>
    <w:p>
      <w:r>
        <w:rPr>
          <w:b w:val="0"/>
          <w:sz w:val="20"/>
        </w:rPr>
        <w:t>- ________________________________________________________________</w:t>
      </w:r>
    </w:p>
    <w:p>
      <w:r>
        <w:rPr>
          <w:b w:val="0"/>
          <w:sz w:val="20"/>
        </w:rPr>
        <w:t>- ________________________________________________________________</w:t>
      </w:r>
    </w:p>
    <w:p/>
    <w:p>
      <w:r>
        <w:rPr>
          <w:b w:val="0"/>
          <w:sz w:val="20"/>
        </w:rPr>
        <w:t>Specific examples and dates of the occurrences or performance concerns were discussed to provide clarity and ensure mutual understanding of the concerns raised.</w:t>
      </w:r>
    </w:p>
    <w:p/>
    <w:p/>
    <w:p>
      <w:r>
        <w:rPr>
          <w:b/>
          <w:sz w:val="22"/>
        </w:rPr>
        <w:t>2. Expectations and Required Corrective Actions</w:t>
      </w:r>
    </w:p>
    <w:p>
      <w:r>
        <w:rPr>
          <w:b w:val="0"/>
          <w:sz w:val="20"/>
        </w:rPr>
        <w:t>To address these issues, you are expected to undertake the following corrective actions:</w:t>
      </w:r>
    </w:p>
    <w:p>
      <w:r>
        <w:rPr>
          <w:b w:val="0"/>
          <w:sz w:val="20"/>
        </w:rPr>
        <w:t>- ________________________________________________________________</w:t>
      </w:r>
    </w:p>
    <w:p>
      <w:r>
        <w:rPr>
          <w:b w:val="0"/>
          <w:sz w:val="20"/>
        </w:rPr>
        <w:t>- ________________________________________________________________</w:t>
      </w:r>
    </w:p>
    <w:p>
      <w:r>
        <w:rPr>
          <w:b w:val="0"/>
          <w:sz w:val="20"/>
        </w:rPr>
        <w:t>- ________________________________________________________________</w:t>
      </w:r>
    </w:p>
    <w:p/>
    <w:p>
      <w:r>
        <w:rPr>
          <w:b w:val="0"/>
          <w:sz w:val="20"/>
        </w:rPr>
        <w:t>These actions must be implemented promptly and consistently. Your supervisor/manager will monitor your progress and provide any necessary support or guidance.</w:t>
      </w:r>
    </w:p>
    <w:p/>
    <w:p/>
    <w:p>
      <w:r>
        <w:rPr>
          <w:b/>
          <w:sz w:val="22"/>
        </w:rPr>
        <w:t>3. Consequences of Continued Non-Compliance</w:t>
      </w:r>
    </w:p>
    <w:p>
      <w:r>
        <w:rPr>
          <w:b w:val="0"/>
          <w:sz w:val="20"/>
        </w:rPr>
        <w:t>Failure to improve your conduct and/or performance may result in further disciplinary measures, including but not limited to written warnings, suspension, or termination of employment, in accordance with the company’s disciplinary policy and relevant Canadian employment legislation.</w:t>
      </w:r>
    </w:p>
    <w:p/>
    <w:p/>
    <w:p>
      <w:r>
        <w:rPr>
          <w:b/>
          <w:sz w:val="22"/>
        </w:rPr>
        <w:t>4. Employee Acknowledgement</w:t>
      </w:r>
    </w:p>
    <w:p>
      <w:r>
        <w:rPr>
          <w:b w:val="0"/>
          <w:sz w:val="20"/>
        </w:rPr>
        <w:t>You are requested to acknowledge receipt and understanding of this verbal warning by signing below. Your signature does not necessarily indicate agreement but confirms that the contents have been communicated to you.</w:t>
      </w:r>
    </w:p>
    <w:p/>
    <w:p/>
    <w:p>
      <w:r>
        <w:rPr>
          <w:b w:val="0"/>
          <w:sz w:val="20"/>
        </w:rPr>
        <w:t>We encourage you to take this opportunity to improve and continue contributing positively to the company. Should you have any questions or require clarification, please do not hesitate to contact your supervisor or the Human Resources department.</w:t>
      </w:r>
    </w:p>
    <w:p/>
    <w:p/>
    <w:p/>
    <w:p>
      <w:r>
        <w:rPr>
          <w:b w:val="0"/>
          <w:sz w:val="20"/>
        </w:rPr>
        <w:t>Date of Verbal Warning: 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Manager/Supervisor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__________________________</w:t>
            </w:r>
          </w:p>
        </w:tc>
        <w:tc>
          <w:tcPr>
            <w:tcW w:type="dxa" w:w="4986"/>
            <w:tcBorders>
              <w:top w:val="nil"/>
              <w:left w:val="nil"/>
              <w:bottom w:val="nil"/>
              <w:right w:val="nil"/>
              <w:insideH w:val="nil"/>
              <w:insideV w:val="nil"/>
            </w:tcBorders>
          </w:tcPr>
          <w:p>
            <w:pPr>
              <w:jc w:val="center"/>
            </w:pPr>
            <w:r>
              <w:br/>
              <w:br/>
              <w:t>Signature: __________________________</w:t>
            </w:r>
          </w:p>
        </w:tc>
      </w:tr>
      <w:tr>
        <w:tc>
          <w:tcPr>
            <w:tcW w:type="dxa" w:w="4986"/>
            <w:tcBorders>
              <w:top w:val="nil"/>
              <w:left w:val="nil"/>
              <w:bottom w:val="nil"/>
              <w:right w:val="nil"/>
              <w:insideH w:val="nil"/>
              <w:insideV w:val="nil"/>
            </w:tcBorders>
          </w:tcPr>
          <w:p>
            <w:pPr>
              <w:jc w:val="center"/>
            </w:pPr>
            <w:r>
              <w:t>Name: _______________________________</w:t>
            </w:r>
          </w:p>
        </w:tc>
        <w:tc>
          <w:tcPr>
            <w:tcW w:type="dxa" w:w="4986"/>
            <w:tcBorders>
              <w:top w:val="nil"/>
              <w:left w:val="nil"/>
              <w:bottom w:val="nil"/>
              <w:right w:val="nil"/>
              <w:insideH w:val="nil"/>
              <w:insideV w:val="nil"/>
            </w:tcBorders>
          </w:tcPr>
          <w:p>
            <w:pPr>
              <w:jc w:val="center"/>
            </w:pPr>
            <w:r>
              <w:t>Name: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https://docstemplates-ca.com/verbal-warning-letter/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verbal-warning-letter/"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