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VIDEOGRAPHY SERVICES AGREEMENT</w:t>
      </w:r>
    </w:p>
    <w:p/>
    <w:p>
      <w:r>
        <w:rPr>
          <w:b/>
          <w:sz w:val="20"/>
        </w:rPr>
        <w:t>This Videography Services Agreement (the “Agreement”) is made between:</w:t>
      </w:r>
    </w:p>
    <w:p>
      <w:r>
        <w:rPr>
          <w:b/>
          <w:sz w:val="20"/>
        </w:rPr>
        <w:t>Client:</w:t>
      </w:r>
    </w:p>
    <w:p>
      <w:r>
        <w:rPr>
          <w:b w:val="0"/>
          <w:sz w:val="20"/>
        </w:rPr>
        <w:t>Full Name/Company: _________________________________________________</w:t>
      </w:r>
    </w:p>
    <w:p>
      <w:r>
        <w:rPr>
          <w:b w:val="0"/>
          <w:sz w:val="20"/>
        </w:rPr>
        <w:t>Address: ___________________________________________________________</w:t>
      </w:r>
    </w:p>
    <w:p>
      <w:r>
        <w:rPr>
          <w:b w:val="0"/>
          <w:sz w:val="20"/>
        </w:rPr>
        <w:t>Phone: _____________________________________________________________</w:t>
      </w:r>
    </w:p>
    <w:p>
      <w:r>
        <w:rPr>
          <w:b w:val="0"/>
          <w:sz w:val="20"/>
        </w:rPr>
        <w:t>Email: ______________________________________________________________</w:t>
      </w:r>
    </w:p>
    <w:p/>
    <w:p>
      <w:r>
        <w:rPr>
          <w:b/>
          <w:sz w:val="20"/>
        </w:rPr>
        <w:t>Videographer:</w:t>
      </w:r>
    </w:p>
    <w:p>
      <w:r>
        <w:rPr>
          <w:b w:val="0"/>
          <w:sz w:val="20"/>
        </w:rPr>
        <w:t>Full Name/Company: _________________________________________________</w:t>
      </w:r>
    </w:p>
    <w:p>
      <w:r>
        <w:rPr>
          <w:b w:val="0"/>
          <w:sz w:val="20"/>
        </w:rPr>
        <w:t>Address: ___________________________________________________________</w:t>
      </w:r>
    </w:p>
    <w:p>
      <w:r>
        <w:rPr>
          <w:b w:val="0"/>
          <w:sz w:val="20"/>
        </w:rPr>
        <w:t>Phone: _____________________________________________________________</w:t>
      </w:r>
    </w:p>
    <w:p>
      <w:r>
        <w:rPr>
          <w:b w:val="0"/>
          <w:sz w:val="20"/>
        </w:rPr>
        <w:t>Email: ______________________________________________________________</w:t>
      </w:r>
    </w:p>
    <w:p/>
    <w:p>
      <w:r>
        <w:rPr>
          <w:b/>
          <w:sz w:val="20"/>
        </w:rPr>
        <w:t>WHEREAS,</w:t>
      </w:r>
    </w:p>
    <w:p>
      <w:r>
        <w:rPr>
          <w:b w:val="0"/>
          <w:sz w:val="20"/>
        </w:rPr>
        <w:t>The Client desires to engage the Videographer to provide videography services; and</w:t>
      </w:r>
    </w:p>
    <w:p>
      <w:r>
        <w:rPr>
          <w:b w:val="0"/>
          <w:sz w:val="20"/>
        </w:rPr>
        <w:t>The Videographer agrees to provide such services under the terms set forth in this Agreement.</w:t>
      </w:r>
    </w:p>
    <w:p/>
    <w:p>
      <w:r>
        <w:rPr>
          <w:b/>
          <w:sz w:val="20"/>
        </w:rPr>
        <w:t>1. Services Provided</w:t>
      </w:r>
    </w:p>
    <w:p>
      <w:r>
        <w:rPr>
          <w:b w:val="0"/>
          <w:sz w:val="20"/>
        </w:rPr>
        <w:t>The Videographer agrees to provide the following videography services (the “Services”):</w:t>
      </w:r>
    </w:p>
    <w:p>
      <w:r>
        <w:rPr>
          <w:b w:val="0"/>
          <w:sz w:val="20"/>
        </w:rPr>
        <w:t>_____________________________________________________________________</w:t>
      </w:r>
    </w:p>
    <w:p>
      <w:r>
        <w:rPr>
          <w:b w:val="0"/>
          <w:sz w:val="20"/>
        </w:rPr>
        <w:t>_____________________________________________________________________</w:t>
      </w:r>
    </w:p>
    <w:p>
      <w:r>
        <w:rPr>
          <w:b w:val="0"/>
          <w:sz w:val="20"/>
        </w:rPr>
        <w:t>_____________________________________________________________________</w:t>
      </w:r>
    </w:p>
    <w:p/>
    <w:p>
      <w:r>
        <w:rPr>
          <w:b/>
          <w:sz w:val="20"/>
        </w:rPr>
        <w:t>2. Deliverables</w:t>
      </w:r>
    </w:p>
    <w:p>
      <w:r>
        <w:rPr>
          <w:b w:val="0"/>
          <w:sz w:val="20"/>
        </w:rPr>
        <w:t>The Videographer shall deliver the following materials to the Client:</w:t>
      </w:r>
    </w:p>
    <w:p>
      <w:r>
        <w:rPr>
          <w:b w:val="0"/>
          <w:sz w:val="20"/>
        </w:rPr>
        <w:t>- Edited video footage in the agreed format(s)</w:t>
      </w:r>
    </w:p>
    <w:p>
      <w:r>
        <w:rPr>
          <w:b w:val="0"/>
          <w:sz w:val="20"/>
        </w:rPr>
        <w:t>- Delivery format and medium: ______________________________________</w:t>
      </w:r>
    </w:p>
    <w:p>
      <w:r>
        <w:rPr>
          <w:b w:val="0"/>
          <w:sz w:val="20"/>
        </w:rPr>
        <w:t>- Delivery timeline: ________________________________________________</w:t>
      </w:r>
    </w:p>
    <w:p/>
    <w:p>
      <w:r>
        <w:rPr>
          <w:b/>
          <w:sz w:val="20"/>
        </w:rPr>
        <w:t>3. Payment Terms</w:t>
      </w:r>
    </w:p>
    <w:p>
      <w:r>
        <w:rPr>
          <w:b w:val="0"/>
          <w:sz w:val="20"/>
        </w:rPr>
        <w:t>The total fee for the Services shall be: $________________ CAD.</w:t>
      </w:r>
    </w:p>
    <w:p>
      <w:r>
        <w:rPr>
          <w:b w:val="0"/>
          <w:sz w:val="20"/>
        </w:rPr>
        <w:t>A deposit of $________________ CAD is due upon execution of this Agreement.</w:t>
      </w:r>
    </w:p>
    <w:p>
      <w:r>
        <w:rPr>
          <w:b w:val="0"/>
          <w:sz w:val="20"/>
        </w:rPr>
        <w:t>The balance of $________________ CAD is due upon delivery of the final deliverables.</w:t>
      </w:r>
    </w:p>
    <w:p>
      <w:r>
        <w:rPr>
          <w:b w:val="0"/>
          <w:sz w:val="20"/>
        </w:rPr>
        <w:t>Payment shall be made via: ___________________________________________</w:t>
      </w:r>
    </w:p>
    <w:p/>
    <w:p>
      <w:r>
        <w:rPr>
          <w:b/>
          <w:sz w:val="20"/>
        </w:rPr>
        <w:t>4. Expenses</w:t>
      </w:r>
    </w:p>
    <w:p>
      <w:r>
        <w:rPr>
          <w:b w:val="0"/>
          <w:sz w:val="20"/>
        </w:rPr>
        <w:t>The Client shall reimburse the Videographer for any reasonable pre-approved expenses incurred in connection with the Services, including but not limited to travel, accommodation, permits, and equipment rental.</w:t>
      </w:r>
    </w:p>
    <w:p/>
    <w:p>
      <w:r>
        <w:rPr>
          <w:b/>
          <w:sz w:val="20"/>
        </w:rPr>
        <w:t>5. Scheduling and Location</w:t>
      </w:r>
    </w:p>
    <w:p>
      <w:r>
        <w:rPr>
          <w:b w:val="0"/>
          <w:sz w:val="20"/>
        </w:rPr>
        <w:t>The Services will be performed on the following dates and at the following locations:</w:t>
      </w:r>
    </w:p>
    <w:p>
      <w:r>
        <w:rPr>
          <w:b w:val="0"/>
          <w:sz w:val="20"/>
        </w:rPr>
        <w:t>Dates: ______________________________________________________________</w:t>
      </w:r>
    </w:p>
    <w:p>
      <w:r>
        <w:rPr>
          <w:b w:val="0"/>
          <w:sz w:val="20"/>
        </w:rPr>
        <w:t>Locations: ___________________________________________________________</w:t>
      </w:r>
    </w:p>
    <w:p/>
    <w:p>
      <w:r>
        <w:rPr>
          <w:b/>
          <w:sz w:val="20"/>
        </w:rPr>
        <w:t>6. Client Cooperation</w:t>
      </w:r>
    </w:p>
    <w:p>
      <w:r>
        <w:rPr>
          <w:b w:val="0"/>
          <w:sz w:val="20"/>
        </w:rPr>
        <w:t>The Client agrees to provide necessary access, permissions, and cooperation to enable the Videographer to perform the Services in a timely manner.</w:t>
      </w:r>
    </w:p>
    <w:p/>
    <w:p>
      <w:r>
        <w:rPr>
          <w:b/>
          <w:sz w:val="20"/>
        </w:rPr>
        <w:t>7. Cancellation and Postponement</w:t>
      </w:r>
    </w:p>
    <w:p>
      <w:r>
        <w:rPr>
          <w:b w:val="0"/>
          <w:sz w:val="20"/>
        </w:rPr>
        <w:t>If the Client cancels or postpones the Services less than 14 days prior to the scheduled date, the deposit shall be non-refundable.</w:t>
      </w:r>
    </w:p>
    <w:p>
      <w:r>
        <w:rPr>
          <w:b w:val="0"/>
          <w:sz w:val="20"/>
        </w:rPr>
        <w:t>If the Videographer cancels, all amounts paid by the Client shall be refunded in full.</w:t>
      </w:r>
    </w:p>
    <w:p/>
    <w:p>
      <w:r>
        <w:rPr>
          <w:b/>
          <w:sz w:val="20"/>
        </w:rPr>
        <w:t>8. Ownership and Usage Rights</w:t>
      </w:r>
    </w:p>
    <w:p>
      <w:r>
        <w:rPr>
          <w:b w:val="0"/>
          <w:sz w:val="20"/>
        </w:rPr>
        <w:t>The Videographer retains all copyrights to the raw footage and final edited videos unless otherwise agreed in writing.</w:t>
      </w:r>
    </w:p>
    <w:p>
      <w:r>
        <w:rPr>
          <w:b w:val="0"/>
          <w:sz w:val="20"/>
        </w:rPr>
        <w:t>The Client is granted a non-exclusive, non-transferable license to use the final deliverables for personal or commercial purposes as specified:</w:t>
      </w:r>
    </w:p>
    <w:p>
      <w:r>
        <w:rPr>
          <w:b w:val="0"/>
          <w:sz w:val="20"/>
        </w:rPr>
        <w:t>_____________________________________________________________________</w:t>
      </w:r>
    </w:p>
    <w:p>
      <w:r>
        <w:rPr>
          <w:b w:val="0"/>
          <w:sz w:val="20"/>
        </w:rPr>
        <w:t>The Client shall not sell, license, or distribute the materials without prior written consent from the Videographer.</w:t>
      </w:r>
    </w:p>
    <w:p/>
    <w:p>
      <w:r>
        <w:rPr>
          <w:b/>
          <w:sz w:val="20"/>
        </w:rPr>
        <w:t>9. Confidentiality</w:t>
      </w:r>
    </w:p>
    <w:p>
      <w:r>
        <w:rPr>
          <w:b w:val="0"/>
          <w:sz w:val="20"/>
        </w:rPr>
        <w:t>Both parties agree to maintain confidentiality of any proprietary or sensitive information disclosed during the performance of this Agreement.</w:t>
      </w:r>
    </w:p>
    <w:p/>
    <w:p>
      <w:r>
        <w:rPr>
          <w:b/>
          <w:sz w:val="20"/>
        </w:rPr>
        <w:t>10. Warranties and Liability</w:t>
      </w:r>
    </w:p>
    <w:p>
      <w:r>
        <w:rPr>
          <w:b w:val="0"/>
          <w:sz w:val="20"/>
        </w:rPr>
        <w:t>The Videographer warrants that the Services will be performed in a professional manner consistent with industry standards.</w:t>
      </w:r>
    </w:p>
    <w:p>
      <w:r>
        <w:rPr>
          <w:b w:val="0"/>
          <w:sz w:val="20"/>
        </w:rPr>
        <w:t>Except as expressly provided, the Videographer disclaims all other warranties, express or implied.</w:t>
      </w:r>
    </w:p>
    <w:p>
      <w:r>
        <w:rPr>
          <w:b w:val="0"/>
          <w:sz w:val="20"/>
        </w:rPr>
        <w:t>The Videographer shall not be liable for any indirect, incidental, consequential, or punitive damages arising out of or relating to this Agreement.</w:t>
      </w:r>
    </w:p>
    <w:p>
      <w:r>
        <w:rPr>
          <w:b w:val="0"/>
          <w:sz w:val="20"/>
        </w:rPr>
        <w:t>The Client agrees to indemnify and hold harmless the Videographer from any claims arising from Client's use of the deliverables.</w:t>
      </w:r>
    </w:p>
    <w:p/>
    <w:p>
      <w:r>
        <w:rPr>
          <w:b/>
          <w:sz w:val="20"/>
        </w:rPr>
        <w:t>11. Force Majeure</w:t>
      </w:r>
    </w:p>
    <w:p>
      <w:r>
        <w:rPr>
          <w:b w:val="0"/>
          <w:sz w:val="20"/>
        </w:rPr>
        <w:t>Neither party shall be liable for delays or failure to perform due to causes beyond their reasonable control, including but not limited to natural disasters, acts of government, or technical failures.</w:t>
      </w:r>
    </w:p>
    <w:p/>
    <w:p>
      <w:r>
        <w:rPr>
          <w:b/>
          <w:sz w:val="20"/>
        </w:rPr>
        <w:t>12. Governing Law and Dispute Resolution</w:t>
      </w:r>
    </w:p>
    <w:p>
      <w:r>
        <w:rPr>
          <w:b w:val="0"/>
          <w:sz w:val="20"/>
        </w:rPr>
        <w:t>This Agreement shall be governed by and construed in accordance with the laws of Canada and the relevant Province or Territory.</w:t>
      </w:r>
    </w:p>
    <w:p>
      <w:r>
        <w:rPr>
          <w:b w:val="0"/>
          <w:sz w:val="20"/>
        </w:rPr>
        <w:t>Any disputes arising out of or related to this Agreement shall be subject to the exclusive jurisdiction of the courts located in the relevant Province or Territory of Canada.</w:t>
      </w:r>
    </w:p>
    <w:p/>
    <w:p>
      <w:r>
        <w:rPr>
          <w:b/>
          <w:sz w:val="20"/>
        </w:rPr>
        <w:t>13. Entire Agreement</w:t>
      </w:r>
    </w:p>
    <w:p>
      <w:r>
        <w:rPr>
          <w:b w:val="0"/>
          <w:sz w:val="20"/>
        </w:rPr>
        <w:t>This Agreement constitutes the entire understanding between the parties with respect to the subject matter hereof and supersedes all prior agreements, understandings, and representations.</w:t>
      </w:r>
    </w:p>
    <w:p>
      <w:r>
        <w:rPr>
          <w:b w:val="0"/>
          <w:sz w:val="20"/>
        </w:rPr>
        <w:t>Any amendments must be in writing and signed by both parties.</w:t>
      </w:r>
    </w:p>
    <w:p/>
    <w:p/>
    <w:p>
      <w:r>
        <w:rPr>
          <w:b w:val="0"/>
          <w:sz w:val="20"/>
        </w:rPr>
        <w:t>Place and date of signature: 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CLIENT</w:t>
            </w:r>
          </w:p>
        </w:tc>
        <w:tc>
          <w:tcPr>
            <w:tcW w:type="dxa" w:w="4986"/>
            <w:tcBorders>
              <w:top w:val="nil"/>
              <w:left w:val="nil"/>
              <w:bottom w:val="nil"/>
              <w:right w:val="nil"/>
              <w:insideH w:val="nil"/>
              <w:insideV w:val="nil"/>
            </w:tcBorders>
          </w:tcPr>
          <w:p>
            <w:pPr>
              <w:jc w:val="center"/>
            </w:pPr>
            <w:r>
              <w:t>VIDEOGRAPHER</w:t>
            </w:r>
          </w:p>
        </w:tc>
      </w:tr>
      <w:tr>
        <w:tc>
          <w:tcPr>
            <w:tcW w:type="dxa" w:w="4986"/>
            <w:tcBorders>
              <w:top w:val="nil"/>
              <w:left w:val="nil"/>
              <w:bottom w:val="nil"/>
              <w:right w:val="nil"/>
              <w:insideH w:val="nil"/>
              <w:insideV w:val="nil"/>
            </w:tcBorders>
          </w:tcPr>
          <w:p>
            <w:pPr>
              <w:jc w:val="center"/>
            </w:pPr>
            <w:r>
              <w:br/>
              <w:br/>
              <w:t>Signature: _________________________</w:t>
            </w:r>
          </w:p>
        </w:tc>
        <w:tc>
          <w:tcPr>
            <w:tcW w:type="dxa" w:w="4986"/>
            <w:tcBorders>
              <w:top w:val="nil"/>
              <w:left w:val="nil"/>
              <w:bottom w:val="nil"/>
              <w:right w:val="nil"/>
              <w:insideH w:val="nil"/>
              <w:insideV w:val="nil"/>
            </w:tcBorders>
          </w:tcPr>
          <w:p>
            <w:pPr>
              <w:jc w:val="center"/>
            </w:pPr>
            <w:r>
              <w:br/>
              <w:br/>
              <w:t>Signature: _________________________</w:t>
            </w:r>
          </w:p>
        </w:tc>
      </w:tr>
      <w:tr>
        <w:tc>
          <w:tcPr>
            <w:tcW w:type="dxa" w:w="4986"/>
            <w:tcBorders>
              <w:top w:val="nil"/>
              <w:left w:val="nil"/>
              <w:bottom w:val="nil"/>
              <w:right w:val="nil"/>
              <w:insideH w:val="nil"/>
              <w:insideV w:val="nil"/>
            </w:tcBorders>
          </w:tcPr>
          <w:p>
            <w:pPr>
              <w:jc w:val="center"/>
            </w:pPr>
            <w:r>
              <w:t>Name: ________________________________</w:t>
            </w:r>
          </w:p>
        </w:tc>
        <w:tc>
          <w:tcPr>
            <w:tcW w:type="dxa" w:w="4986"/>
            <w:tcBorders>
              <w:top w:val="nil"/>
              <w:left w:val="nil"/>
              <w:bottom w:val="nil"/>
              <w:right w:val="nil"/>
              <w:insideH w:val="nil"/>
              <w:insideV w:val="nil"/>
            </w:tcBorders>
          </w:tcPr>
          <w:p>
            <w:pPr>
              <w:jc w:val="center"/>
            </w:pPr>
            <w:r>
              <w:t>Name: 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https://docstemplates-ca.com/videography-contract/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https://docstemplates-ca.com</w:t>
        </w:r>
      </w:hyperlink>
    </w:p>
    <w:p>
      <w:pPr>
        <w:jc w:val="center"/>
      </w:pPr>
      <w:r>
        <w:rPr>
          <w:color w:val="808080"/>
          <w:sz w:val="20"/>
        </w:rPr>
        <w:t>This template is intended exclusively for personal, non-commercial use.</w:t>
        <w:br/>
        <w:t>If distributed or published, the source must be mentioned. © docstemplates-ca.com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docstemplates-ca.com/videography-contract/" TargetMode="External"/><Relationship Id="rId10" Type="http://schemas.openxmlformats.org/officeDocument/2006/relationships/hyperlink" Target="https://docstemplates-ca.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