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WAGE INCREASE LETTER</w:t>
      </w:r>
    </w:p>
    <w:p/>
    <w:p/>
    <w:p>
      <w:r>
        <w:rPr>
          <w:b/>
          <w:sz w:val="20"/>
        </w:rPr>
        <w:t>Employer Information:</w:t>
      </w:r>
    </w:p>
    <w:p>
      <w:r>
        <w:rPr>
          <w:b w:val="0"/>
          <w:sz w:val="20"/>
        </w:rPr>
        <w:t>Company Name: 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Employee Information:</w:t>
      </w:r>
    </w:p>
    <w:p>
      <w:r>
        <w:rPr>
          <w:b w:val="0"/>
          <w:sz w:val="20"/>
        </w:rPr>
        <w:t>Full Name: ____________________________________________________________</w:t>
      </w:r>
    </w:p>
    <w:p>
      <w:r>
        <w:rPr>
          <w:b w:val="0"/>
          <w:sz w:val="20"/>
        </w:rPr>
        <w:t>Position / Job Title: _________________________________________________</w:t>
      </w:r>
    </w:p>
    <w:p>
      <w:r>
        <w:rPr>
          <w:b w:val="0"/>
          <w:sz w:val="20"/>
        </w:rPr>
        <w:t>Department: __________________________________________________________</w:t>
      </w:r>
    </w:p>
    <w:p/>
    <w:p>
      <w:r>
        <w:rPr>
          <w:b/>
          <w:sz w:val="20"/>
        </w:rPr>
        <w:t>Subject: Notification of Wage Increase</w:t>
      </w:r>
    </w:p>
    <w:p/>
    <w:p>
      <w:r>
        <w:rPr>
          <w:b w:val="0"/>
          <w:sz w:val="20"/>
        </w:rPr>
        <w:t>Dear _________________________________________________________________,</w:t>
      </w:r>
    </w:p>
    <w:p/>
    <w:p>
      <w:r>
        <w:rPr>
          <w:b w:val="0"/>
          <w:sz w:val="20"/>
        </w:rPr>
        <w:t>We are pleased to inform you of an adjustment to your current wage. This letter serves as official notification of the wage increase granted in recognition of your contributions to the company and your continued dedication.</w:t>
      </w:r>
    </w:p>
    <w:p/>
    <w:p>
      <w:r>
        <w:rPr>
          <w:b/>
          <w:sz w:val="20"/>
        </w:rPr>
        <w:t>Effective immediately, your new wage will be as follows:</w:t>
      </w:r>
    </w:p>
    <w:p>
      <w:r>
        <w:rPr>
          <w:b w:val="0"/>
          <w:sz w:val="20"/>
        </w:rPr>
        <w:t>New Hourly Wage (or Salary): ________________________________ CAD</w:t>
      </w:r>
    </w:p>
    <w:p>
      <w:r>
        <w:rPr>
          <w:b w:val="0"/>
          <w:sz w:val="20"/>
        </w:rPr>
        <w:t>This wage shall remain in effect until further notice or adjustment pursuant to company policies or applicable laws.</w:t>
      </w:r>
    </w:p>
    <w:p/>
    <w:p>
      <w:r>
        <w:rPr>
          <w:b w:val="0"/>
          <w:sz w:val="20"/>
        </w:rPr>
        <w:t>Your wage will continue to be paid on the regular pay schedule, and all other terms and conditions of your employment remain unchanged.</w:t>
      </w:r>
    </w:p>
    <w:p/>
    <w:p>
      <w:r>
        <w:rPr>
          <w:b w:val="0"/>
          <w:sz w:val="20"/>
        </w:rPr>
        <w:t>This wage increase complies with all applicable Canadian federal and provincial employment standards legislation. It does not affect any statutory benefits or entitlements to which you are eligible.</w:t>
      </w:r>
    </w:p>
    <w:p/>
    <w:p>
      <w:r>
        <w:rPr>
          <w:b w:val="0"/>
          <w:sz w:val="20"/>
        </w:rPr>
        <w:t>Please acknowledge your acceptance of this wage increase by signing and returning a copy of this letter.</w:t>
      </w:r>
    </w:p>
    <w:p/>
    <w:p>
      <w:r>
        <w:rPr>
          <w:b w:val="0"/>
          <w:sz w:val="20"/>
        </w:rPr>
        <w:t>We appreciate your valuable contributions to our organization and look forward to your continued success.</w:t>
      </w:r>
    </w:p>
    <w:p/>
    <w:p/>
    <w:p>
      <w:r>
        <w:rPr>
          <w:b w:val="0"/>
          <w:sz w:val="20"/>
        </w:rPr>
        <w:t>Sincerely,</w:t>
      </w:r>
    </w:p>
    <w:p/>
    <w:p/>
    <w:p/>
    <w:p>
      <w:r>
        <w:rPr>
          <w:b w:val="0"/>
          <w:sz w:val="20"/>
        </w:rPr>
        <w:t>_______________________________________________________________</w:t>
      </w:r>
    </w:p>
    <w:p>
      <w:r>
        <w:rPr>
          <w:b w:val="0"/>
          <w:sz w:val="20"/>
        </w:rPr>
        <w:t>Authorized Signatory / Employer</w:t>
      </w:r>
    </w:p>
    <w:p/>
    <w:p/>
    <w:p/>
    <w:p/>
    <w:p>
      <w:r>
        <w:rPr>
          <w:b/>
          <w:sz w:val="20"/>
        </w:rPr>
        <w:t>Acknowledgment of Employee:</w:t>
      </w:r>
    </w:p>
    <w:p>
      <w:r>
        <w:rPr>
          <w:b w:val="0"/>
          <w:sz w:val="20"/>
        </w:rPr>
        <w:t>I, ____________________________________________________________, acknowledge receipt and acceptance of this wage increase letter and the terms contained herein.</w:t>
      </w:r>
    </w:p>
    <w:p/>
    <w:p/>
    <w:p/>
    <w:p>
      <w:r>
        <w:rPr>
          <w:b w:val="0"/>
          <w:sz w:val="20"/>
        </w:rPr>
        <w:t>Employee Signature: ___________________________    Date: 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https://docstemplates-ca.com/wage-increase-letter/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wage-increase-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